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85066" w14:textId="4601A43E" w:rsidR="00AC53BF" w:rsidRPr="002B1D8E" w:rsidRDefault="00AC53BF" w:rsidP="00AC53BF">
      <w:pPr>
        <w:pStyle w:val="affc"/>
        <w:overflowPunct w:val="0"/>
        <w:spacing w:beforeLines="50" w:before="120" w:afterLines="50" w:after="120"/>
        <w:jc w:val="center"/>
        <w:rPr>
          <w:rFonts w:ascii="標楷體" w:eastAsia="標楷體" w:hAnsi="標楷體"/>
          <w:color w:val="000000" w:themeColor="text1"/>
          <w:szCs w:val="28"/>
          <w:lang w:eastAsia="zh-TW"/>
        </w:rPr>
      </w:pPr>
      <w:r>
        <w:rPr>
          <w:rFonts w:ascii="標楷體" w:eastAsia="標楷體" w:hAnsi="標楷體"/>
          <w:b/>
          <w:color w:val="000000" w:themeColor="text1"/>
          <w:szCs w:val="28"/>
          <w:lang w:eastAsia="zh-TW"/>
        </w:rPr>
        <w:t>國立</w:t>
      </w:r>
      <w:r>
        <w:rPr>
          <w:rFonts w:ascii="標楷體" w:eastAsia="標楷體" w:hAnsi="標楷體" w:hint="eastAsia"/>
          <w:b/>
          <w:color w:val="000000" w:themeColor="text1"/>
          <w:szCs w:val="28"/>
          <w:lang w:eastAsia="zh-TW"/>
        </w:rPr>
        <w:t>體育</w:t>
      </w:r>
      <w:r>
        <w:rPr>
          <w:rFonts w:ascii="標楷體" w:eastAsia="標楷體" w:hAnsi="標楷體"/>
          <w:b/>
          <w:color w:val="000000" w:themeColor="text1"/>
          <w:szCs w:val="28"/>
          <w:lang w:eastAsia="zh-TW"/>
        </w:rPr>
        <w:t>大學</w:t>
      </w:r>
      <w:r w:rsidRPr="002B1D8E">
        <w:rPr>
          <w:rFonts w:ascii="標楷體" w:eastAsia="標楷體" w:hAnsi="標楷體" w:hint="eastAsia"/>
          <w:b/>
          <w:color w:val="000000" w:themeColor="text1"/>
          <w:szCs w:val="28"/>
          <w:lang w:eastAsia="zh-TW"/>
        </w:rPr>
        <w:t>職場霸凌</w:t>
      </w:r>
      <w:r w:rsidRPr="002B1D8E">
        <w:rPr>
          <w:rFonts w:ascii="標楷體" w:eastAsia="標楷體" w:hAnsi="標楷體"/>
          <w:b/>
          <w:color w:val="000000" w:themeColor="text1"/>
          <w:szCs w:val="28"/>
          <w:lang w:eastAsia="zh-TW"/>
        </w:rPr>
        <w:t>申訴書</w:t>
      </w:r>
    </w:p>
    <w:tbl>
      <w:tblPr>
        <w:tblStyle w:val="aff2"/>
        <w:tblW w:w="10279" w:type="dxa"/>
        <w:jc w:val="center"/>
        <w:tblLook w:val="04A0" w:firstRow="1" w:lastRow="0" w:firstColumn="1" w:lastColumn="0" w:noHBand="0" w:noVBand="1"/>
      </w:tblPr>
      <w:tblGrid>
        <w:gridCol w:w="1555"/>
        <w:gridCol w:w="3567"/>
        <w:gridCol w:w="1677"/>
        <w:gridCol w:w="3480"/>
      </w:tblGrid>
      <w:tr w:rsidR="00AC53BF" w:rsidRPr="001C6843" w14:paraId="3A90A4EC" w14:textId="77777777" w:rsidTr="00C570CB">
        <w:trPr>
          <w:jc w:val="center"/>
        </w:trPr>
        <w:tc>
          <w:tcPr>
            <w:tcW w:w="1555" w:type="dxa"/>
            <w:vAlign w:val="center"/>
          </w:tcPr>
          <w:p w14:paraId="61B12C73" w14:textId="77777777" w:rsidR="00AC53BF" w:rsidRPr="00C570CB" w:rsidRDefault="00AC53BF" w:rsidP="00630CEA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  <w:t>案號（受理單位填寫）</w:t>
            </w:r>
          </w:p>
        </w:tc>
        <w:tc>
          <w:tcPr>
            <w:tcW w:w="3567" w:type="dxa"/>
            <w:vAlign w:val="center"/>
          </w:tcPr>
          <w:p w14:paraId="650317FC" w14:textId="77777777" w:rsidR="00AC53BF" w:rsidRPr="002B1D8E" w:rsidRDefault="00AC53BF" w:rsidP="00630CEA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677" w:type="dxa"/>
            <w:vAlign w:val="center"/>
          </w:tcPr>
          <w:p w14:paraId="42BC0114" w14:textId="77777777" w:rsidR="00AC53BF" w:rsidRPr="00C570CB" w:rsidRDefault="00AC53BF" w:rsidP="00630CEA">
            <w:pPr>
              <w:overflowPunct w:val="0"/>
              <w:jc w:val="both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  <w:t>申訴日期</w:t>
            </w:r>
          </w:p>
        </w:tc>
        <w:tc>
          <w:tcPr>
            <w:tcW w:w="3480" w:type="dxa"/>
            <w:vAlign w:val="center"/>
          </w:tcPr>
          <w:p w14:paraId="418230A3" w14:textId="77777777" w:rsidR="00AC53BF" w:rsidRPr="002B1D8E" w:rsidRDefault="00AC53BF" w:rsidP="00630CEA">
            <w:pPr>
              <w:overflowPunct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</w:t>
            </w:r>
            <w:proofErr w:type="spell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年___月___日</w:t>
            </w:r>
            <w:proofErr w:type="spellEnd"/>
          </w:p>
        </w:tc>
      </w:tr>
      <w:tr w:rsidR="00AC53BF" w:rsidRPr="001C6843" w14:paraId="649C75AE" w14:textId="77777777" w:rsidTr="00C570CB">
        <w:trPr>
          <w:jc w:val="center"/>
        </w:trPr>
        <w:tc>
          <w:tcPr>
            <w:tcW w:w="1555" w:type="dxa"/>
            <w:vAlign w:val="center"/>
          </w:tcPr>
          <w:p w14:paraId="5A13C50E" w14:textId="77777777" w:rsidR="00AC53BF" w:rsidRPr="00C570CB" w:rsidRDefault="00AC53BF" w:rsidP="00630CEA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  <w:t>申訴人姓名</w:t>
            </w:r>
            <w:proofErr w:type="spellEnd"/>
          </w:p>
        </w:tc>
        <w:tc>
          <w:tcPr>
            <w:tcW w:w="3567" w:type="dxa"/>
            <w:vAlign w:val="center"/>
          </w:tcPr>
          <w:p w14:paraId="437B8353" w14:textId="77777777" w:rsidR="00AC53BF" w:rsidRPr="002B1D8E" w:rsidRDefault="00AC53BF" w:rsidP="00630CEA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77" w:type="dxa"/>
            <w:vAlign w:val="center"/>
          </w:tcPr>
          <w:p w14:paraId="7469EDCD" w14:textId="77777777" w:rsidR="00AC53BF" w:rsidRPr="00C570CB" w:rsidRDefault="00AC53BF" w:rsidP="00630CEA">
            <w:pPr>
              <w:overflowPunct w:val="0"/>
              <w:jc w:val="both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  <w:t>服務單位/職稱</w:t>
            </w:r>
          </w:p>
        </w:tc>
        <w:tc>
          <w:tcPr>
            <w:tcW w:w="3480" w:type="dxa"/>
            <w:vAlign w:val="center"/>
          </w:tcPr>
          <w:p w14:paraId="1ED4CBD5" w14:textId="77777777" w:rsidR="00AC53BF" w:rsidRPr="002B1D8E" w:rsidRDefault="00AC53BF" w:rsidP="00630CEA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C53BF" w:rsidRPr="001C6843" w14:paraId="2BECC900" w14:textId="77777777" w:rsidTr="00C570CB">
        <w:trPr>
          <w:trHeight w:val="606"/>
          <w:jc w:val="center"/>
        </w:trPr>
        <w:tc>
          <w:tcPr>
            <w:tcW w:w="1555" w:type="dxa"/>
            <w:vAlign w:val="center"/>
          </w:tcPr>
          <w:p w14:paraId="615B831A" w14:textId="77777777" w:rsidR="00AC53BF" w:rsidRPr="00C570CB" w:rsidRDefault="00AC53BF" w:rsidP="00630CEA">
            <w:pPr>
              <w:overflowPunct w:val="0"/>
              <w:jc w:val="both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</w:pPr>
            <w:r w:rsidRPr="00C570CB">
              <w:rPr>
                <w:rFonts w:ascii="標楷體" w:eastAsia="標楷體" w:hAnsi="標楷體" w:hint="eastAsia"/>
                <w:b/>
                <w:color w:val="000000" w:themeColor="text1"/>
                <w:sz w:val="24"/>
                <w:szCs w:val="24"/>
              </w:rPr>
              <w:t>住</w:t>
            </w:r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  <w:t>(居)</w:t>
            </w:r>
            <w:proofErr w:type="spellStart"/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  <w:t>所地址</w:t>
            </w:r>
            <w:proofErr w:type="spellEnd"/>
          </w:p>
        </w:tc>
        <w:tc>
          <w:tcPr>
            <w:tcW w:w="3567" w:type="dxa"/>
            <w:vAlign w:val="center"/>
          </w:tcPr>
          <w:p w14:paraId="0EC1760F" w14:textId="77777777" w:rsidR="00AC53BF" w:rsidRPr="002B1D8E" w:rsidRDefault="00AC53BF" w:rsidP="00630CEA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77" w:type="dxa"/>
            <w:vAlign w:val="center"/>
          </w:tcPr>
          <w:p w14:paraId="2EDAC95C" w14:textId="77777777" w:rsidR="00AC53BF" w:rsidRPr="00C570CB" w:rsidRDefault="00AC53BF" w:rsidP="00630CEA">
            <w:pPr>
              <w:overflowPunct w:val="0"/>
              <w:jc w:val="both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C570CB">
              <w:rPr>
                <w:rFonts w:ascii="標楷體" w:eastAsia="標楷體" w:hAnsi="標楷體" w:hint="eastAsia"/>
                <w:b/>
                <w:color w:val="000000" w:themeColor="text1"/>
                <w:sz w:val="24"/>
                <w:szCs w:val="24"/>
                <w:lang w:eastAsia="zh-TW"/>
              </w:rPr>
              <w:t>聯絡方式（電話、</w:t>
            </w:r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  <w:t>E-mail</w:t>
            </w:r>
            <w:r w:rsidRPr="00C570CB">
              <w:rPr>
                <w:rFonts w:ascii="標楷體" w:eastAsia="標楷體" w:hAnsi="標楷體" w:hint="eastAsia"/>
                <w:b/>
                <w:color w:val="000000" w:themeColor="text1"/>
                <w:sz w:val="24"/>
                <w:szCs w:val="24"/>
                <w:lang w:eastAsia="zh-TW"/>
              </w:rPr>
              <w:t>）</w:t>
            </w:r>
          </w:p>
        </w:tc>
        <w:tc>
          <w:tcPr>
            <w:tcW w:w="3480" w:type="dxa"/>
            <w:vAlign w:val="center"/>
          </w:tcPr>
          <w:p w14:paraId="1A6B92D6" w14:textId="77777777" w:rsidR="00AC53BF" w:rsidRPr="002B1D8E" w:rsidRDefault="00AC53BF" w:rsidP="00630CEA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AC53BF" w:rsidRPr="001C6843" w14:paraId="06AD3A9E" w14:textId="77777777" w:rsidTr="00C570CB">
        <w:trPr>
          <w:jc w:val="center"/>
        </w:trPr>
        <w:tc>
          <w:tcPr>
            <w:tcW w:w="1555" w:type="dxa"/>
            <w:vAlign w:val="center"/>
          </w:tcPr>
          <w:p w14:paraId="35E7D3C0" w14:textId="77777777" w:rsidR="00AC53BF" w:rsidRPr="00C570CB" w:rsidRDefault="00AC53BF" w:rsidP="00630CEA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  <w:t>被申訴人姓名</w:t>
            </w:r>
            <w:proofErr w:type="spellEnd"/>
          </w:p>
        </w:tc>
        <w:tc>
          <w:tcPr>
            <w:tcW w:w="3567" w:type="dxa"/>
            <w:vAlign w:val="center"/>
          </w:tcPr>
          <w:p w14:paraId="19B342EC" w14:textId="77777777" w:rsidR="00AC53BF" w:rsidRPr="002B1D8E" w:rsidRDefault="00AC53BF" w:rsidP="00630CEA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77" w:type="dxa"/>
            <w:vAlign w:val="center"/>
          </w:tcPr>
          <w:p w14:paraId="0D1B06DE" w14:textId="77777777" w:rsidR="00AC53BF" w:rsidRPr="00C570CB" w:rsidRDefault="00AC53BF" w:rsidP="00C570CB">
            <w:pPr>
              <w:overflowPunct w:val="0"/>
              <w:jc w:val="both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  <w:t>被申訴人單位/職稱</w:t>
            </w:r>
          </w:p>
        </w:tc>
        <w:tc>
          <w:tcPr>
            <w:tcW w:w="3480" w:type="dxa"/>
            <w:vAlign w:val="center"/>
          </w:tcPr>
          <w:p w14:paraId="60E32FCA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C53BF" w:rsidRPr="001C6843" w14:paraId="6D008A77" w14:textId="77777777" w:rsidTr="00C570CB">
        <w:trPr>
          <w:jc w:val="center"/>
        </w:trPr>
        <w:tc>
          <w:tcPr>
            <w:tcW w:w="1555" w:type="dxa"/>
            <w:vAlign w:val="center"/>
          </w:tcPr>
          <w:p w14:paraId="3EAE77E5" w14:textId="77777777" w:rsidR="00AC53BF" w:rsidRPr="00C570CB" w:rsidRDefault="00AC53BF" w:rsidP="00630CEA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  <w:t>與被申訴人關係</w:t>
            </w:r>
            <w:proofErr w:type="spellEnd"/>
          </w:p>
        </w:tc>
        <w:tc>
          <w:tcPr>
            <w:tcW w:w="3567" w:type="dxa"/>
            <w:vAlign w:val="center"/>
          </w:tcPr>
          <w:p w14:paraId="463A6462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□主管　□同事　□下屬　</w:t>
            </w:r>
          </w:p>
          <w:p w14:paraId="4929D56C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proofErr w:type="spell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其他</w:t>
            </w:r>
            <w:proofErr w:type="spellEnd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：________</w:t>
            </w:r>
          </w:p>
        </w:tc>
        <w:tc>
          <w:tcPr>
            <w:tcW w:w="1677" w:type="dxa"/>
            <w:vAlign w:val="center"/>
          </w:tcPr>
          <w:p w14:paraId="64ED778F" w14:textId="77777777" w:rsidR="00AC53BF" w:rsidRPr="00C570CB" w:rsidRDefault="00AC53BF" w:rsidP="00C570CB">
            <w:pPr>
              <w:overflowPunct w:val="0"/>
              <w:jc w:val="both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  <w:t>是否為最高負責人</w:t>
            </w:r>
          </w:p>
        </w:tc>
        <w:tc>
          <w:tcPr>
            <w:tcW w:w="3480" w:type="dxa"/>
            <w:vAlign w:val="center"/>
          </w:tcPr>
          <w:p w14:paraId="0510954D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□否　□是　</w:t>
            </w:r>
          </w:p>
          <w:p w14:paraId="683C511C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□不確定</w:t>
            </w:r>
          </w:p>
        </w:tc>
      </w:tr>
      <w:tr w:rsidR="00AC53BF" w:rsidRPr="001C6843" w14:paraId="0B1925EE" w14:textId="77777777" w:rsidTr="00C570CB">
        <w:trPr>
          <w:jc w:val="center"/>
        </w:trPr>
        <w:tc>
          <w:tcPr>
            <w:tcW w:w="1555" w:type="dxa"/>
            <w:vAlign w:val="center"/>
          </w:tcPr>
          <w:p w14:paraId="48CCFBA1" w14:textId="77777777" w:rsidR="00AC53BF" w:rsidRPr="00C570CB" w:rsidRDefault="00AC53BF" w:rsidP="00630CEA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  <w:t>事件發生期間</w:t>
            </w:r>
            <w:proofErr w:type="spellEnd"/>
          </w:p>
        </w:tc>
        <w:tc>
          <w:tcPr>
            <w:tcW w:w="3567" w:type="dxa"/>
            <w:vAlign w:val="center"/>
          </w:tcPr>
          <w:p w14:paraId="7ADE27D3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自____年____月____</w:t>
            </w:r>
            <w:proofErr w:type="spell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日至</w:t>
            </w:r>
            <w:proofErr w:type="spellEnd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</w:t>
            </w:r>
            <w:proofErr w:type="spell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年____月____日</w:t>
            </w:r>
            <w:proofErr w:type="spellEnd"/>
          </w:p>
        </w:tc>
        <w:tc>
          <w:tcPr>
            <w:tcW w:w="1677" w:type="dxa"/>
            <w:vAlign w:val="center"/>
          </w:tcPr>
          <w:p w14:paraId="37AACFC6" w14:textId="77777777" w:rsidR="00AC53BF" w:rsidRPr="00C570CB" w:rsidRDefault="00AC53BF" w:rsidP="00C570CB">
            <w:pPr>
              <w:overflowPunct w:val="0"/>
              <w:jc w:val="both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  <w:t>發生地點</w:t>
            </w:r>
          </w:p>
        </w:tc>
        <w:tc>
          <w:tcPr>
            <w:tcW w:w="3480" w:type="dxa"/>
            <w:vAlign w:val="center"/>
          </w:tcPr>
          <w:p w14:paraId="2EF1BE2A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C53BF" w:rsidRPr="001C6843" w14:paraId="3FBD2E9B" w14:textId="77777777" w:rsidTr="00C570CB">
        <w:trPr>
          <w:jc w:val="center"/>
        </w:trPr>
        <w:tc>
          <w:tcPr>
            <w:tcW w:w="1555" w:type="dxa"/>
            <w:vAlign w:val="center"/>
          </w:tcPr>
          <w:p w14:paraId="5ED0D8AD" w14:textId="77777777" w:rsidR="00AC53BF" w:rsidRPr="00C570CB" w:rsidRDefault="00AC53BF" w:rsidP="00630CEA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  <w:t>申訴事實</w:t>
            </w:r>
            <w:r w:rsidRPr="00C570CB">
              <w:rPr>
                <w:rFonts w:ascii="標楷體" w:eastAsia="標楷體" w:hAnsi="標楷體" w:hint="eastAsia"/>
                <w:b/>
                <w:color w:val="000000" w:themeColor="text1"/>
                <w:sz w:val="24"/>
                <w:szCs w:val="24"/>
              </w:rPr>
              <w:t>內容</w:t>
            </w:r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  <w:t>摘要</w:t>
            </w:r>
            <w:proofErr w:type="spellEnd"/>
          </w:p>
        </w:tc>
        <w:tc>
          <w:tcPr>
            <w:tcW w:w="8724" w:type="dxa"/>
            <w:gridSpan w:val="3"/>
            <w:vAlign w:val="center"/>
          </w:tcPr>
          <w:p w14:paraId="0D154E0D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  <w:lang w:eastAsia="zh-TW"/>
              </w:rPr>
              <w:t>請以人、事、時、地、物描述具體言行、頻率及影響。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</w:r>
          </w:p>
          <w:p w14:paraId="055FFD1A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  <w:p w14:paraId="4E7D80A6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</w:r>
          </w:p>
        </w:tc>
      </w:tr>
      <w:tr w:rsidR="00AC53BF" w:rsidRPr="001C6843" w14:paraId="371650D4" w14:textId="77777777" w:rsidTr="00C570CB">
        <w:trPr>
          <w:trHeight w:val="2464"/>
          <w:jc w:val="center"/>
        </w:trPr>
        <w:tc>
          <w:tcPr>
            <w:tcW w:w="1555" w:type="dxa"/>
            <w:vAlign w:val="center"/>
          </w:tcPr>
          <w:p w14:paraId="57B1C307" w14:textId="77777777" w:rsidR="00AC53BF" w:rsidRPr="00C570CB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  <w:t>相關證據</w:t>
            </w:r>
            <w:proofErr w:type="spellEnd"/>
          </w:p>
        </w:tc>
        <w:tc>
          <w:tcPr>
            <w:tcW w:w="8724" w:type="dxa"/>
            <w:gridSpan w:val="3"/>
            <w:vAlign w:val="center"/>
          </w:tcPr>
          <w:p w14:paraId="5993D1C3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□訊息/郵件　  □錄音/錄影　  □工作紀錄　</w:t>
            </w:r>
          </w:p>
          <w:p w14:paraId="16E30719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□醫療或諮商資料　□證人　</w:t>
            </w:r>
          </w:p>
          <w:p w14:paraId="1E941B15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proofErr w:type="spell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其他</w:t>
            </w:r>
            <w:proofErr w:type="spellEnd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：________</w:t>
            </w:r>
          </w:p>
          <w:p w14:paraId="32DFB5AB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4B492E12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51795748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C53BF" w:rsidRPr="001C6843" w14:paraId="7DC16F92" w14:textId="77777777" w:rsidTr="00C570CB">
        <w:trPr>
          <w:trHeight w:val="1404"/>
          <w:jc w:val="center"/>
        </w:trPr>
        <w:tc>
          <w:tcPr>
            <w:tcW w:w="1555" w:type="dxa"/>
            <w:vAlign w:val="center"/>
          </w:tcPr>
          <w:p w14:paraId="6E27AF87" w14:textId="77777777" w:rsidR="00AC53BF" w:rsidRPr="00C570CB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  <w:t>證人或可協助調查者</w:t>
            </w:r>
            <w:proofErr w:type="spellEnd"/>
          </w:p>
        </w:tc>
        <w:tc>
          <w:tcPr>
            <w:tcW w:w="8724" w:type="dxa"/>
            <w:gridSpan w:val="3"/>
            <w:vAlign w:val="center"/>
          </w:tcPr>
          <w:p w14:paraId="0385B812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姓名/單位/可聯絡方式（如有）：</w:t>
            </w:r>
          </w:p>
          <w:p w14:paraId="3BF33EEA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AC53BF" w:rsidRPr="001C6843" w14:paraId="7CE0E703" w14:textId="77777777" w:rsidTr="00C570CB">
        <w:trPr>
          <w:trHeight w:val="1939"/>
          <w:jc w:val="center"/>
        </w:trPr>
        <w:tc>
          <w:tcPr>
            <w:tcW w:w="1555" w:type="dxa"/>
            <w:vAlign w:val="center"/>
          </w:tcPr>
          <w:p w14:paraId="00E228B5" w14:textId="77777777" w:rsidR="00AC53BF" w:rsidRPr="00C570CB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proofErr w:type="spellStart"/>
            <w:r w:rsidRPr="00C570CB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  <w:t>申訴人確認</w:t>
            </w:r>
            <w:proofErr w:type="spellEnd"/>
          </w:p>
        </w:tc>
        <w:tc>
          <w:tcPr>
            <w:tcW w:w="8724" w:type="dxa"/>
            <w:gridSpan w:val="3"/>
            <w:vAlign w:val="center"/>
          </w:tcPr>
          <w:p w14:paraId="7F40542F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本人確認上述內容係依目前所知填寫，並同意受理單位於處理本案必要範圍內使用資料。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申訴人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：________________(簽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章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)</w:t>
            </w:r>
          </w:p>
          <w:p w14:paraId="61EA8443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代理人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(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lang w:eastAsia="zh-TW"/>
              </w:rPr>
              <w:t>無則免填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)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lang w:eastAsia="zh-TW"/>
              </w:rPr>
              <w:t xml:space="preserve">                 (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簽章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)</w:t>
            </w:r>
          </w:p>
        </w:tc>
      </w:tr>
    </w:tbl>
    <w:p w14:paraId="5B0B54C6" w14:textId="77777777" w:rsidR="00AC53BF" w:rsidRPr="002B1D8E" w:rsidRDefault="00AC53BF" w:rsidP="00AC53BF">
      <w:pPr>
        <w:overflowPunct w:val="0"/>
        <w:spacing w:beforeLines="150" w:before="360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zh-TW"/>
        </w:rPr>
        <w:t>--------處理情形摘要（以下由申訴處理單位填寫）-----------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377"/>
        <w:gridCol w:w="2554"/>
        <w:gridCol w:w="1273"/>
        <w:gridCol w:w="1134"/>
        <w:gridCol w:w="993"/>
        <w:gridCol w:w="1561"/>
      </w:tblGrid>
      <w:tr w:rsidR="00AC53BF" w:rsidRPr="001C6843" w14:paraId="111956CB" w14:textId="77777777" w:rsidTr="00630CEA">
        <w:trPr>
          <w:trHeight w:val="1185"/>
          <w:jc w:val="center"/>
        </w:trPr>
        <w:tc>
          <w:tcPr>
            <w:tcW w:w="461" w:type="dxa"/>
            <w:vMerge w:val="restart"/>
            <w:vAlign w:val="center"/>
          </w:tcPr>
          <w:p w14:paraId="5CC02557" w14:textId="77777777" w:rsidR="00AC53BF" w:rsidRPr="002B1D8E" w:rsidRDefault="00AC53BF" w:rsidP="00630CEA">
            <w:pPr>
              <w:overflowPunct w:val="0"/>
              <w:spacing w:line="170" w:lineRule="auto"/>
              <w:ind w:left="110" w:right="96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10"/>
                <w:sz w:val="28"/>
                <w:szCs w:val="28"/>
              </w:rPr>
              <w:lastRenderedPageBreak/>
              <w:t>初次接獲單位</w:t>
            </w:r>
            <w:proofErr w:type="spellEnd"/>
          </w:p>
        </w:tc>
        <w:tc>
          <w:tcPr>
            <w:tcW w:w="1377" w:type="dxa"/>
            <w:vAlign w:val="center"/>
          </w:tcPr>
          <w:p w14:paraId="52656CA5" w14:textId="77777777" w:rsidR="00AC53BF" w:rsidRPr="002B1D8E" w:rsidRDefault="00AC53BF" w:rsidP="00630CEA">
            <w:pPr>
              <w:overflowPunct w:val="0"/>
              <w:spacing w:before="66" w:line="170" w:lineRule="auto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6"/>
                <w:sz w:val="28"/>
                <w:szCs w:val="28"/>
              </w:rPr>
              <w:t>單位</w:t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4"/>
                <w:sz w:val="28"/>
                <w:szCs w:val="28"/>
              </w:rPr>
              <w:t>名稱</w:t>
            </w:r>
            <w:proofErr w:type="spellEnd"/>
          </w:p>
        </w:tc>
        <w:tc>
          <w:tcPr>
            <w:tcW w:w="2554" w:type="dxa"/>
            <w:vAlign w:val="center"/>
          </w:tcPr>
          <w:p w14:paraId="1805E151" w14:textId="77777777" w:rsidR="00AC53BF" w:rsidRPr="002B1D8E" w:rsidRDefault="00AC53BF" w:rsidP="00630CEA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34A19F11" w14:textId="77777777" w:rsidR="00AC53BF" w:rsidRPr="002B1D8E" w:rsidRDefault="00AC53BF" w:rsidP="00630CEA">
            <w:pPr>
              <w:overflowPunct w:val="0"/>
              <w:snapToGrid w:val="0"/>
              <w:spacing w:line="240" w:lineRule="atLeast"/>
              <w:ind w:left="17" w:right="1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pacing w:val="-2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2"/>
                <w:sz w:val="28"/>
                <w:szCs w:val="28"/>
              </w:rPr>
              <w:t>紀錄人</w:t>
            </w:r>
            <w:proofErr w:type="spellEnd"/>
          </w:p>
          <w:p w14:paraId="37602352" w14:textId="77777777" w:rsidR="00AC53BF" w:rsidRPr="002B1D8E" w:rsidRDefault="00AC53BF" w:rsidP="00630CEA">
            <w:pPr>
              <w:overflowPunct w:val="0"/>
              <w:snapToGrid w:val="0"/>
              <w:spacing w:line="240" w:lineRule="atLeast"/>
              <w:ind w:left="17" w:right="1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4"/>
                <w:sz w:val="28"/>
                <w:szCs w:val="28"/>
              </w:rPr>
              <w:t>職稱</w:t>
            </w:r>
            <w:proofErr w:type="spellEnd"/>
            <w:r w:rsidRPr="002B1D8E">
              <w:rPr>
                <w:rFonts w:ascii="標楷體" w:eastAsia="標楷體" w:hAnsi="標楷體" w:cs="Times New Roman" w:hint="eastAsia"/>
                <w:b/>
                <w:color w:val="000000" w:themeColor="text1"/>
                <w:spacing w:val="-4"/>
                <w:sz w:val="28"/>
                <w:szCs w:val="28"/>
              </w:rPr>
              <w:t xml:space="preserve">　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E37D9F3" w14:textId="77777777" w:rsidR="00AC53BF" w:rsidRPr="002B1D8E" w:rsidRDefault="00AC53BF" w:rsidP="00630CEA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14553" w14:textId="77777777" w:rsidR="00AC53BF" w:rsidRPr="002B1D8E" w:rsidRDefault="00AC53BF" w:rsidP="00630CEA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2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561" w:type="dxa"/>
            <w:tcBorders>
              <w:left w:val="single" w:sz="4" w:space="0" w:color="auto"/>
            </w:tcBorders>
            <w:vAlign w:val="center"/>
          </w:tcPr>
          <w:p w14:paraId="0EBD5959" w14:textId="77777777" w:rsidR="00AC53BF" w:rsidRPr="002B1D8E" w:rsidRDefault="00AC53BF" w:rsidP="00630CEA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AC53BF" w:rsidRPr="001C6843" w14:paraId="6F21003D" w14:textId="77777777" w:rsidTr="00630CEA">
        <w:trPr>
          <w:trHeight w:val="1514"/>
          <w:jc w:val="center"/>
        </w:trPr>
        <w:tc>
          <w:tcPr>
            <w:tcW w:w="461" w:type="dxa"/>
            <w:vMerge/>
            <w:tcBorders>
              <w:top w:val="nil"/>
            </w:tcBorders>
          </w:tcPr>
          <w:p w14:paraId="14236AB6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2DC18E1A" w14:textId="77777777" w:rsidR="00AC53BF" w:rsidRPr="002B1D8E" w:rsidRDefault="00AC53BF" w:rsidP="00630CEA">
            <w:pPr>
              <w:overflowPunct w:val="0"/>
              <w:spacing w:before="66" w:line="170" w:lineRule="auto"/>
              <w:ind w:left="107" w:right="115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4"/>
                <w:sz w:val="28"/>
                <w:szCs w:val="28"/>
              </w:rPr>
              <w:t>接獲申訴時間</w:t>
            </w:r>
            <w:proofErr w:type="spellEnd"/>
          </w:p>
        </w:tc>
        <w:tc>
          <w:tcPr>
            <w:tcW w:w="2554" w:type="dxa"/>
            <w:vAlign w:val="center"/>
          </w:tcPr>
          <w:p w14:paraId="757547F2" w14:textId="77777777" w:rsidR="00AC53BF" w:rsidRPr="002B1D8E" w:rsidRDefault="00AC53BF" w:rsidP="00630CEA">
            <w:pPr>
              <w:overflowPunct w:val="0"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proofErr w:type="spellStart"/>
            <w:r w:rsidRPr="002B1D8E"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  <w:t>年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  <w:t>月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  <w:t>日</w:t>
            </w:r>
            <w:proofErr w:type="spellEnd"/>
            <w:r w:rsidRPr="002B1D8E">
              <w:rPr>
                <w:rFonts w:ascii="標楷體" w:eastAsia="標楷體" w:hAnsi="標楷體" w:cs="Times New Roman"/>
                <w:color w:val="000000" w:themeColor="text1"/>
                <w:spacing w:val="24"/>
                <w:sz w:val="28"/>
                <w:szCs w:val="28"/>
              </w:rPr>
              <w:t xml:space="preserve">  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22"/>
                <w:sz w:val="28"/>
                <w:szCs w:val="28"/>
              </w:rPr>
              <w:t xml:space="preserve">   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proofErr w:type="spellStart"/>
            <w:r w:rsidRPr="002B1D8E">
              <w:rPr>
                <w:rFonts w:ascii="標楷體" w:eastAsia="標楷體" w:hAnsi="標楷體" w:cs="Times New Roman"/>
                <w:color w:val="000000" w:themeColor="text1"/>
                <w:spacing w:val="22"/>
                <w:sz w:val="28"/>
                <w:szCs w:val="28"/>
              </w:rPr>
              <w:t>時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22"/>
                <w:sz w:val="28"/>
                <w:szCs w:val="28"/>
              </w:rPr>
              <w:t>分</w:t>
            </w:r>
            <w:proofErr w:type="spellEnd"/>
          </w:p>
        </w:tc>
        <w:tc>
          <w:tcPr>
            <w:tcW w:w="1273" w:type="dxa"/>
            <w:vAlign w:val="center"/>
          </w:tcPr>
          <w:p w14:paraId="2F55FA36" w14:textId="77777777" w:rsidR="00AC53BF" w:rsidRPr="002B1D8E" w:rsidRDefault="00AC53BF" w:rsidP="00630CEA">
            <w:pPr>
              <w:overflowPunct w:val="0"/>
              <w:snapToGrid w:val="0"/>
              <w:spacing w:line="240" w:lineRule="atLeast"/>
              <w:ind w:left="17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被申訴人</w:t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4"/>
                <w:sz w:val="28"/>
                <w:szCs w:val="28"/>
              </w:rPr>
              <w:t>職稱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06CC7A8" w14:textId="77777777" w:rsidR="00AC53BF" w:rsidRPr="002B1D8E" w:rsidRDefault="00AC53BF" w:rsidP="00630CEA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429EF" w14:textId="77777777" w:rsidR="00AC53BF" w:rsidRPr="002B1D8E" w:rsidRDefault="00AC53BF" w:rsidP="00630CEA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561" w:type="dxa"/>
            <w:tcBorders>
              <w:left w:val="single" w:sz="4" w:space="0" w:color="auto"/>
            </w:tcBorders>
            <w:vAlign w:val="center"/>
          </w:tcPr>
          <w:p w14:paraId="44398E9D" w14:textId="77777777" w:rsidR="00AC53BF" w:rsidRPr="002B1D8E" w:rsidRDefault="00AC53BF" w:rsidP="00630CEA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AC53BF" w:rsidRPr="001C6843" w14:paraId="59971731" w14:textId="77777777" w:rsidTr="00630CEA">
        <w:trPr>
          <w:trHeight w:val="1805"/>
          <w:jc w:val="center"/>
        </w:trPr>
        <w:tc>
          <w:tcPr>
            <w:tcW w:w="461" w:type="dxa"/>
            <w:vAlign w:val="center"/>
          </w:tcPr>
          <w:p w14:paraId="601310E1" w14:textId="77777777" w:rsidR="00AC53BF" w:rsidRPr="002B1D8E" w:rsidRDefault="00AC53BF" w:rsidP="00630CEA">
            <w:pPr>
              <w:tabs>
                <w:tab w:val="left" w:pos="1972"/>
              </w:tabs>
              <w:overflowPunct w:val="0"/>
              <w:spacing w:before="33"/>
              <w:ind w:left="11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附註</w:t>
            </w:r>
            <w:proofErr w:type="spellEnd"/>
          </w:p>
        </w:tc>
        <w:tc>
          <w:tcPr>
            <w:tcW w:w="8892" w:type="dxa"/>
            <w:gridSpan w:val="6"/>
          </w:tcPr>
          <w:p w14:paraId="567B7728" w14:textId="77777777" w:rsidR="00AC53BF" w:rsidRPr="002B1D8E" w:rsidRDefault="00AC53BF" w:rsidP="00630CEA">
            <w:pPr>
              <w:tabs>
                <w:tab w:val="left" w:pos="1972"/>
              </w:tabs>
              <w:overflowPunct w:val="0"/>
              <w:spacing w:before="33"/>
              <w:ind w:left="11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C53BF" w:rsidRPr="001C6843" w14:paraId="7DA7FDE2" w14:textId="77777777" w:rsidTr="00630CEA">
        <w:trPr>
          <w:trHeight w:val="829"/>
          <w:jc w:val="center"/>
        </w:trPr>
        <w:tc>
          <w:tcPr>
            <w:tcW w:w="9353" w:type="dxa"/>
            <w:gridSpan w:val="7"/>
            <w:vAlign w:val="center"/>
          </w:tcPr>
          <w:p w14:paraId="14618E97" w14:textId="77777777" w:rsidR="00AC53BF" w:rsidRPr="002B1D8E" w:rsidRDefault="00AC53BF" w:rsidP="00630CEA">
            <w:pPr>
              <w:tabs>
                <w:tab w:val="left" w:pos="3370"/>
              </w:tabs>
              <w:overflowPunct w:val="0"/>
              <w:spacing w:before="33"/>
              <w:ind w:left="110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紀錄人</w:t>
            </w:r>
            <w:proofErr w:type="spellEnd"/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10"/>
                <w:sz w:val="28"/>
                <w:szCs w:val="28"/>
              </w:rPr>
              <w:t>：</w:t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ab/>
            </w:r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2"/>
                <w:sz w:val="28"/>
                <w:szCs w:val="28"/>
              </w:rPr>
              <w:t>(</w:t>
            </w:r>
            <w:proofErr w:type="spellStart"/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2"/>
                <w:sz w:val="28"/>
                <w:szCs w:val="28"/>
              </w:rPr>
              <w:t>簽章</w:t>
            </w:r>
            <w:proofErr w:type="spellEnd"/>
            <w:r w:rsidRPr="002B1D8E">
              <w:rPr>
                <w:rFonts w:ascii="標楷體" w:eastAsia="標楷體" w:hAnsi="標楷體" w:cs="Times New Roman"/>
                <w:b/>
                <w:color w:val="000000" w:themeColor="text1"/>
                <w:spacing w:val="-10"/>
                <w:sz w:val="28"/>
                <w:szCs w:val="28"/>
              </w:rPr>
              <w:t>)</w:t>
            </w:r>
          </w:p>
        </w:tc>
      </w:tr>
    </w:tbl>
    <w:p w14:paraId="649F13C0" w14:textId="77777777" w:rsidR="00AC53BF" w:rsidRDefault="00AC53BF" w:rsidP="00777DF7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</w:pPr>
    </w:p>
    <w:p w14:paraId="4806C267" w14:textId="20CD12A1" w:rsidR="00AC53BF" w:rsidRDefault="00AC53BF" w:rsidP="00777DF7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  <w:sectPr w:rsidR="00AC53BF" w:rsidSect="007F28AF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52AFFF5F" w14:textId="153B045E" w:rsidR="00AC53BF" w:rsidRPr="002B1D8E" w:rsidRDefault="00AC53BF" w:rsidP="00AC53BF">
      <w:pPr>
        <w:pStyle w:val="affc"/>
        <w:overflowPunct w:val="0"/>
        <w:spacing w:beforeLines="50" w:before="120" w:afterLines="50" w:after="120"/>
        <w:jc w:val="center"/>
        <w:rPr>
          <w:rFonts w:ascii="標楷體" w:eastAsia="標楷體" w:hAnsi="標楷體"/>
          <w:color w:val="000000" w:themeColor="text1"/>
          <w:szCs w:val="28"/>
          <w:lang w:eastAsia="zh-TW"/>
        </w:rPr>
      </w:pPr>
      <w:r>
        <w:rPr>
          <w:rFonts w:ascii="標楷體" w:eastAsia="標楷體" w:hAnsi="標楷體"/>
          <w:b/>
          <w:color w:val="000000" w:themeColor="text1"/>
          <w:szCs w:val="28"/>
          <w:lang w:eastAsia="zh-TW"/>
        </w:rPr>
        <w:lastRenderedPageBreak/>
        <w:t>國立</w:t>
      </w:r>
      <w:r>
        <w:rPr>
          <w:rFonts w:ascii="標楷體" w:eastAsia="標楷體" w:hAnsi="標楷體" w:hint="eastAsia"/>
          <w:b/>
          <w:color w:val="000000" w:themeColor="text1"/>
          <w:szCs w:val="28"/>
          <w:lang w:eastAsia="zh-TW"/>
        </w:rPr>
        <w:t>體育</w:t>
      </w:r>
      <w:r>
        <w:rPr>
          <w:rFonts w:ascii="標楷體" w:eastAsia="標楷體" w:hAnsi="標楷體"/>
          <w:b/>
          <w:color w:val="000000" w:themeColor="text1"/>
          <w:szCs w:val="28"/>
          <w:lang w:eastAsia="zh-TW"/>
        </w:rPr>
        <w:t>大學</w:t>
      </w:r>
      <w:r w:rsidRPr="002B1D8E">
        <w:rPr>
          <w:rFonts w:ascii="標楷體" w:eastAsia="標楷體" w:hAnsi="標楷體"/>
          <w:b/>
          <w:color w:val="000000" w:themeColor="text1"/>
          <w:szCs w:val="28"/>
          <w:lang w:eastAsia="zh-TW"/>
        </w:rPr>
        <w:t>職場霸凌申訴委任書</w:t>
      </w:r>
    </w:p>
    <w:tbl>
      <w:tblPr>
        <w:tblStyle w:val="TableNormal"/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1133"/>
        <w:gridCol w:w="1278"/>
        <w:gridCol w:w="1702"/>
        <w:gridCol w:w="3261"/>
        <w:gridCol w:w="1412"/>
      </w:tblGrid>
      <w:tr w:rsidR="00AC53BF" w:rsidRPr="001C6843" w14:paraId="001CFDC5" w14:textId="77777777" w:rsidTr="00630CEA">
        <w:trPr>
          <w:trHeight w:val="626"/>
          <w:jc w:val="center"/>
        </w:trPr>
        <w:tc>
          <w:tcPr>
            <w:tcW w:w="848" w:type="dxa"/>
          </w:tcPr>
          <w:p w14:paraId="44E4C258" w14:textId="77777777" w:rsidR="00AC53BF" w:rsidRPr="002B1D8E" w:rsidRDefault="00AC53BF" w:rsidP="00630CEA">
            <w:pPr>
              <w:pStyle w:val="TableParagraph"/>
              <w:overflowPunct w:val="0"/>
              <w:spacing w:before="146"/>
              <w:ind w:left="185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5"/>
                <w:sz w:val="28"/>
                <w:szCs w:val="28"/>
              </w:rPr>
              <w:t>稱謂</w:t>
            </w:r>
          </w:p>
        </w:tc>
        <w:tc>
          <w:tcPr>
            <w:tcW w:w="1133" w:type="dxa"/>
          </w:tcPr>
          <w:p w14:paraId="170073DA" w14:textId="77777777" w:rsidR="00AC53BF" w:rsidRPr="002B1D8E" w:rsidRDefault="00AC53BF" w:rsidP="00630CEA">
            <w:pPr>
              <w:pStyle w:val="TableParagraph"/>
              <w:overflowPunct w:val="0"/>
              <w:spacing w:before="146"/>
              <w:ind w:left="325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278" w:type="dxa"/>
          </w:tcPr>
          <w:p w14:paraId="0769296C" w14:textId="77777777" w:rsidR="00AC53BF" w:rsidRPr="002B1D8E" w:rsidRDefault="00AC53BF" w:rsidP="00630CEA">
            <w:pPr>
              <w:pStyle w:val="TableParagraph"/>
              <w:overflowPunct w:val="0"/>
              <w:spacing w:line="313" w:lineRule="exact"/>
              <w:ind w:left="12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5"/>
                <w:sz w:val="28"/>
                <w:szCs w:val="28"/>
              </w:rPr>
              <w:t>出生</w:t>
            </w:r>
          </w:p>
          <w:p w14:paraId="6866C2B0" w14:textId="77777777" w:rsidR="00AC53BF" w:rsidRPr="002B1D8E" w:rsidRDefault="00AC53BF" w:rsidP="00630CEA">
            <w:pPr>
              <w:pStyle w:val="TableParagraph"/>
              <w:overflowPunct w:val="0"/>
              <w:spacing w:line="293" w:lineRule="exact"/>
              <w:ind w:left="12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4"/>
                <w:sz w:val="28"/>
                <w:szCs w:val="28"/>
              </w:rPr>
              <w:t>年月日</w:t>
            </w:r>
          </w:p>
        </w:tc>
        <w:tc>
          <w:tcPr>
            <w:tcW w:w="1702" w:type="dxa"/>
          </w:tcPr>
          <w:p w14:paraId="4947CB74" w14:textId="77777777" w:rsidR="00AC53BF" w:rsidRPr="002B1D8E" w:rsidRDefault="00AC53BF" w:rsidP="00630CEA">
            <w:pPr>
              <w:pStyle w:val="TableParagraph"/>
              <w:overflowPunct w:val="0"/>
              <w:spacing w:line="313" w:lineRule="exact"/>
              <w:ind w:left="4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國民身分證</w:t>
            </w:r>
          </w:p>
          <w:p w14:paraId="62550219" w14:textId="77777777" w:rsidR="00AC53BF" w:rsidRPr="002B1D8E" w:rsidRDefault="00AC53BF" w:rsidP="00630CEA">
            <w:pPr>
              <w:pStyle w:val="TableParagraph"/>
              <w:overflowPunct w:val="0"/>
              <w:spacing w:line="293" w:lineRule="exact"/>
              <w:ind w:left="4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3"/>
                <w:sz w:val="28"/>
                <w:szCs w:val="28"/>
              </w:rPr>
              <w:t>統一編號</w:t>
            </w:r>
          </w:p>
        </w:tc>
        <w:tc>
          <w:tcPr>
            <w:tcW w:w="3261" w:type="dxa"/>
          </w:tcPr>
          <w:p w14:paraId="723E5491" w14:textId="77777777" w:rsidR="00AC53BF" w:rsidRPr="002B1D8E" w:rsidRDefault="00AC53BF" w:rsidP="00630CEA">
            <w:pPr>
              <w:pStyle w:val="TableParagraph"/>
              <w:overflowPunct w:val="0"/>
              <w:spacing w:before="146"/>
              <w:ind w:left="946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住(居)</w:t>
            </w: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5"/>
                <w:sz w:val="28"/>
                <w:szCs w:val="28"/>
              </w:rPr>
              <w:t>所地址</w:t>
            </w:r>
          </w:p>
        </w:tc>
        <w:tc>
          <w:tcPr>
            <w:tcW w:w="1412" w:type="dxa"/>
          </w:tcPr>
          <w:p w14:paraId="5C3F368F" w14:textId="77777777" w:rsidR="00AC53BF" w:rsidRPr="002B1D8E" w:rsidRDefault="00AC53BF" w:rsidP="00630CEA">
            <w:pPr>
              <w:pStyle w:val="TableParagraph"/>
              <w:overflowPunct w:val="0"/>
              <w:spacing w:before="146"/>
              <w:ind w:left="222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3"/>
                <w:sz w:val="28"/>
                <w:szCs w:val="28"/>
              </w:rPr>
              <w:t>聯絡電話</w:t>
            </w:r>
          </w:p>
        </w:tc>
      </w:tr>
      <w:tr w:rsidR="00AC53BF" w:rsidRPr="001C6843" w14:paraId="4B2C4015" w14:textId="77777777" w:rsidTr="00630CEA">
        <w:trPr>
          <w:trHeight w:val="935"/>
          <w:jc w:val="center"/>
        </w:trPr>
        <w:tc>
          <w:tcPr>
            <w:tcW w:w="848" w:type="dxa"/>
          </w:tcPr>
          <w:p w14:paraId="73401EAB" w14:textId="77777777" w:rsidR="00AC53BF" w:rsidRPr="002B1D8E" w:rsidRDefault="00AC53BF" w:rsidP="00630CEA">
            <w:pPr>
              <w:pStyle w:val="TableParagraph"/>
              <w:overflowPunct w:val="0"/>
              <w:spacing w:before="4" w:line="223" w:lineRule="auto"/>
              <w:ind w:left="305" w:right="290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10"/>
                <w:sz w:val="28"/>
                <w:szCs w:val="28"/>
              </w:rPr>
              <w:t>委任</w:t>
            </w:r>
          </w:p>
          <w:p w14:paraId="7DE5777C" w14:textId="77777777" w:rsidR="00AC53BF" w:rsidRPr="002B1D8E" w:rsidRDefault="00AC53BF" w:rsidP="00630CEA">
            <w:pPr>
              <w:pStyle w:val="TableParagraph"/>
              <w:overflowPunct w:val="0"/>
              <w:spacing w:line="287" w:lineRule="exact"/>
              <w:ind w:left="12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10"/>
                <w:sz w:val="28"/>
                <w:szCs w:val="28"/>
              </w:rPr>
              <w:t>人</w:t>
            </w:r>
          </w:p>
        </w:tc>
        <w:tc>
          <w:tcPr>
            <w:tcW w:w="1133" w:type="dxa"/>
          </w:tcPr>
          <w:p w14:paraId="6725D7E4" w14:textId="77777777" w:rsidR="00AC53BF" w:rsidRPr="002B1D8E" w:rsidRDefault="00AC53BF" w:rsidP="00630CEA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8" w:type="dxa"/>
          </w:tcPr>
          <w:p w14:paraId="31D82BCF" w14:textId="77777777" w:rsidR="00AC53BF" w:rsidRPr="002B1D8E" w:rsidRDefault="00AC53BF" w:rsidP="00630CEA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2" w:type="dxa"/>
          </w:tcPr>
          <w:p w14:paraId="4D155FD7" w14:textId="77777777" w:rsidR="00AC53BF" w:rsidRPr="002B1D8E" w:rsidRDefault="00AC53BF" w:rsidP="00630CEA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80AAB6C" w14:textId="77777777" w:rsidR="00AC53BF" w:rsidRPr="002B1D8E" w:rsidRDefault="00AC53BF" w:rsidP="00630CEA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2" w:type="dxa"/>
          </w:tcPr>
          <w:p w14:paraId="5C5F32C9" w14:textId="77777777" w:rsidR="00AC53BF" w:rsidRPr="002B1D8E" w:rsidRDefault="00AC53BF" w:rsidP="00630CEA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AC53BF" w:rsidRPr="001C6843" w14:paraId="53C03BA9" w14:textId="77777777" w:rsidTr="00630CEA">
        <w:trPr>
          <w:trHeight w:val="935"/>
          <w:jc w:val="center"/>
        </w:trPr>
        <w:tc>
          <w:tcPr>
            <w:tcW w:w="848" w:type="dxa"/>
          </w:tcPr>
          <w:p w14:paraId="7BA33127" w14:textId="77777777" w:rsidR="00AC53BF" w:rsidRPr="002B1D8E" w:rsidRDefault="00AC53BF" w:rsidP="00630CEA">
            <w:pPr>
              <w:pStyle w:val="TableParagraph"/>
              <w:overflowPunct w:val="0"/>
              <w:spacing w:before="4" w:line="223" w:lineRule="auto"/>
              <w:ind w:left="185" w:right="170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28"/>
                <w:szCs w:val="28"/>
              </w:rPr>
              <w:t>受</w:t>
            </w:r>
          </w:p>
          <w:p w14:paraId="3EA1A8F8" w14:textId="77777777" w:rsidR="00AC53BF" w:rsidRPr="002B1D8E" w:rsidRDefault="00AC53BF" w:rsidP="00630CEA">
            <w:pPr>
              <w:pStyle w:val="TableParagraph"/>
              <w:overflowPunct w:val="0"/>
              <w:spacing w:before="4" w:line="223" w:lineRule="auto"/>
              <w:ind w:left="185" w:right="170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28"/>
                <w:szCs w:val="28"/>
              </w:rPr>
              <w:t>任</w:t>
            </w:r>
          </w:p>
          <w:p w14:paraId="5ADBF90D" w14:textId="77777777" w:rsidR="00AC53BF" w:rsidRPr="002B1D8E" w:rsidRDefault="00AC53BF" w:rsidP="00630CEA">
            <w:pPr>
              <w:pStyle w:val="TableParagraph"/>
              <w:overflowPunct w:val="0"/>
              <w:spacing w:line="287" w:lineRule="exact"/>
              <w:ind w:left="12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10"/>
                <w:sz w:val="28"/>
                <w:szCs w:val="28"/>
              </w:rPr>
              <w:t>人</w:t>
            </w:r>
          </w:p>
        </w:tc>
        <w:tc>
          <w:tcPr>
            <w:tcW w:w="1133" w:type="dxa"/>
          </w:tcPr>
          <w:p w14:paraId="43EE4216" w14:textId="77777777" w:rsidR="00AC53BF" w:rsidRPr="002B1D8E" w:rsidRDefault="00AC53BF" w:rsidP="00630CEA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78" w:type="dxa"/>
          </w:tcPr>
          <w:p w14:paraId="266A2215" w14:textId="77777777" w:rsidR="00AC53BF" w:rsidRPr="002B1D8E" w:rsidRDefault="00AC53BF" w:rsidP="00630CEA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2" w:type="dxa"/>
          </w:tcPr>
          <w:p w14:paraId="50AA3C2C" w14:textId="77777777" w:rsidR="00AC53BF" w:rsidRPr="002B1D8E" w:rsidRDefault="00AC53BF" w:rsidP="00630CEA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14:paraId="2DD334D5" w14:textId="77777777" w:rsidR="00AC53BF" w:rsidRPr="002B1D8E" w:rsidRDefault="00AC53BF" w:rsidP="00630CEA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2" w:type="dxa"/>
          </w:tcPr>
          <w:p w14:paraId="1A9EA8D9" w14:textId="77777777" w:rsidR="00AC53BF" w:rsidRPr="002B1D8E" w:rsidRDefault="00AC53BF" w:rsidP="00630CEA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AC53BF" w:rsidRPr="001C6843" w14:paraId="6D45A058" w14:textId="77777777" w:rsidTr="00630CEA">
        <w:trPr>
          <w:trHeight w:val="7315"/>
          <w:jc w:val="center"/>
        </w:trPr>
        <w:tc>
          <w:tcPr>
            <w:tcW w:w="9634" w:type="dxa"/>
            <w:gridSpan w:val="6"/>
          </w:tcPr>
          <w:p w14:paraId="10BDB064" w14:textId="77777777" w:rsidR="00AC53BF" w:rsidRPr="002B1D8E" w:rsidRDefault="00AC53BF" w:rsidP="00630CEA">
            <w:pPr>
              <w:pStyle w:val="TableParagraph"/>
              <w:tabs>
                <w:tab w:val="left" w:pos="1814"/>
                <w:tab w:val="left" w:pos="2926"/>
              </w:tabs>
              <w:overflowPunct w:val="0"/>
              <w:spacing w:before="403"/>
              <w:ind w:left="590"/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茲委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任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/>
              </w:rPr>
              <w:tab/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/>
              </w:rPr>
              <w:tab/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為</w:t>
            </w:r>
            <w:r w:rsidRPr="002B1D8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受任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人，受任人就本人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與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 w:color="000000" w:themeColor="text1"/>
              </w:rPr>
              <w:tab/>
              <w:t xml:space="preserve"> (被申訴人</w:t>
            </w:r>
            <w:r w:rsidRPr="002B1D8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u w:val="single" w:color="000000" w:themeColor="text1"/>
              </w:rPr>
              <w:t>姓名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 w:color="000000" w:themeColor="text1"/>
              </w:rPr>
              <w:t xml:space="preserve">) 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間職場霸凌案件，有為一切申訴行為</w:t>
            </w:r>
            <w:r w:rsidRPr="002B1D8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之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代理權限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，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爰依法提出本件委任書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。</w:t>
            </w:r>
          </w:p>
          <w:p w14:paraId="5824B8AE" w14:textId="77777777" w:rsidR="00AC53BF" w:rsidRPr="002B1D8E" w:rsidRDefault="00AC53BF" w:rsidP="00630CEA">
            <w:pPr>
              <w:pStyle w:val="TableParagraph"/>
              <w:overflowPunct w:val="0"/>
              <w:spacing w:before="327" w:line="236" w:lineRule="exact"/>
              <w:ind w:left="121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4"/>
                <w:sz w:val="28"/>
                <w:szCs w:val="28"/>
              </w:rPr>
              <w:t xml:space="preserve">       □並有                     □並有</w:t>
            </w:r>
          </w:p>
          <w:p w14:paraId="13CDC893" w14:textId="77777777" w:rsidR="00AC53BF" w:rsidRPr="002B1D8E" w:rsidRDefault="00AC53BF" w:rsidP="00630CEA">
            <w:pPr>
              <w:pStyle w:val="TableParagraph"/>
              <w:tabs>
                <w:tab w:val="left" w:pos="2030"/>
              </w:tabs>
              <w:overflowPunct w:val="0"/>
              <w:spacing w:line="320" w:lineRule="exact"/>
              <w:ind w:left="108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    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ab/>
              <w:t xml:space="preserve">       撤回申訴之特別權限，      </w:t>
            </w:r>
            <w:r w:rsidRPr="002B1D8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代理協調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之特別權限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，</w:t>
            </w:r>
          </w:p>
          <w:p w14:paraId="58946F51" w14:textId="77777777" w:rsidR="00AC53BF" w:rsidRPr="002B1D8E" w:rsidRDefault="00AC53BF" w:rsidP="00630CEA">
            <w:pPr>
              <w:pStyle w:val="TableParagraph"/>
              <w:overflowPunct w:val="0"/>
              <w:spacing w:line="255" w:lineRule="exact"/>
              <w:ind w:left="121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4"/>
                <w:sz w:val="28"/>
                <w:szCs w:val="28"/>
              </w:rPr>
              <w:t xml:space="preserve">       □但無                     □但無</w:t>
            </w:r>
          </w:p>
          <w:p w14:paraId="517F4DF1" w14:textId="77777777" w:rsidR="00AC53BF" w:rsidRPr="002B1D8E" w:rsidRDefault="00AC53BF" w:rsidP="00630CEA">
            <w:pPr>
              <w:pStyle w:val="TableParagraph"/>
              <w:overflowPunct w:val="0"/>
              <w:spacing w:before="7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  <w:p w14:paraId="1BDDF663" w14:textId="77777777" w:rsidR="00AC53BF" w:rsidRPr="002B1D8E" w:rsidRDefault="00AC53BF" w:rsidP="00630CEA">
            <w:pPr>
              <w:pStyle w:val="TableParagraph"/>
              <w:overflowPunct w:val="0"/>
              <w:ind w:left="590"/>
              <w:rPr>
                <w:rFonts w:ascii="標楷體" w:eastAsia="標楷體" w:hAnsi="標楷體" w:cs="Times New Roman"/>
                <w:color w:val="000000" w:themeColor="text1"/>
                <w:spacing w:val="-5"/>
                <w:sz w:val="28"/>
                <w:szCs w:val="28"/>
              </w:rPr>
            </w:pPr>
          </w:p>
          <w:p w14:paraId="2D41F3A8" w14:textId="77777777" w:rsidR="00AC53BF" w:rsidRPr="002B1D8E" w:rsidRDefault="00AC53BF" w:rsidP="00630CEA">
            <w:pPr>
              <w:pStyle w:val="TableParagraph"/>
              <w:overflowPunct w:val="0"/>
              <w:ind w:left="590"/>
              <w:rPr>
                <w:rFonts w:ascii="標楷體" w:eastAsia="標楷體" w:hAnsi="標楷體" w:cs="Times New Roman"/>
                <w:color w:val="000000" w:themeColor="text1"/>
                <w:spacing w:val="-5"/>
                <w:sz w:val="28"/>
                <w:szCs w:val="28"/>
              </w:rPr>
            </w:pPr>
          </w:p>
          <w:p w14:paraId="562D36A4" w14:textId="77777777" w:rsidR="00AC53BF" w:rsidRPr="002B1D8E" w:rsidRDefault="00AC53BF" w:rsidP="00630CEA">
            <w:pPr>
              <w:pStyle w:val="TableParagraph"/>
              <w:overflowPunct w:val="0"/>
              <w:ind w:left="59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5"/>
                <w:sz w:val="28"/>
                <w:szCs w:val="28"/>
              </w:rPr>
              <w:t>此致</w:t>
            </w:r>
          </w:p>
          <w:p w14:paraId="1F961DC7" w14:textId="77777777" w:rsidR="00AC53BF" w:rsidRPr="002B1D8E" w:rsidRDefault="00AC53BF" w:rsidP="00630CEA">
            <w:pPr>
              <w:pStyle w:val="TableParagraph"/>
              <w:overflowPunct w:val="0"/>
              <w:spacing w:before="183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  <w:p w14:paraId="5D0119DB" w14:textId="3DDED6D1" w:rsidR="00AC53BF" w:rsidRPr="0054611F" w:rsidRDefault="00AC53BF" w:rsidP="00630CEA">
            <w:pPr>
              <w:pStyle w:val="TableParagraph"/>
              <w:overflowPunct w:val="0"/>
              <w:ind w:left="110" w:firstLineChars="400" w:firstLine="112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54611F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國立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體育</w:t>
            </w:r>
            <w:r w:rsidRPr="0054611F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大學</w:t>
            </w:r>
          </w:p>
          <w:p w14:paraId="0E49DA1A" w14:textId="77777777" w:rsidR="00AC53BF" w:rsidRPr="002B1D8E" w:rsidRDefault="00AC53BF" w:rsidP="00630CEA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  <w:p w14:paraId="4240CE5E" w14:textId="77777777" w:rsidR="00AC53BF" w:rsidRPr="002B1D8E" w:rsidRDefault="00AC53BF" w:rsidP="00630CEA">
            <w:pPr>
              <w:pStyle w:val="TableParagraph"/>
              <w:overflowPunct w:val="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  <w:p w14:paraId="4B39CB75" w14:textId="77777777" w:rsidR="00AC53BF" w:rsidRPr="002B1D8E" w:rsidRDefault="00AC53BF" w:rsidP="00630CEA">
            <w:pPr>
              <w:pStyle w:val="TableParagraph"/>
              <w:tabs>
                <w:tab w:val="left" w:pos="2346"/>
              </w:tabs>
              <w:overflowPunct w:val="0"/>
              <w:spacing w:afterLines="50" w:after="120" w:line="400" w:lineRule="exact"/>
              <w:ind w:leftChars="2227" w:left="489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委任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人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 xml:space="preserve">： 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________________(簽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章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 xml:space="preserve">                          </w:t>
            </w:r>
          </w:p>
          <w:p w14:paraId="033F2325" w14:textId="77777777" w:rsidR="00AC53BF" w:rsidRPr="002B1D8E" w:rsidRDefault="00AC53BF" w:rsidP="00630CEA">
            <w:pPr>
              <w:pStyle w:val="TableParagraph"/>
              <w:tabs>
                <w:tab w:val="left" w:pos="2270"/>
              </w:tabs>
              <w:overflowPunct w:val="0"/>
              <w:spacing w:beforeLines="100" w:before="240" w:afterLines="50" w:after="120" w:line="400" w:lineRule="exact"/>
              <w:ind w:leftChars="2227" w:left="4899"/>
              <w:rPr>
                <w:rFonts w:ascii="標楷體" w:eastAsia="標楷體" w:hAnsi="標楷體" w:cs="Times New Roman"/>
                <w:color w:val="000000" w:themeColor="text1"/>
                <w:spacing w:val="-5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</w:rPr>
              <w:t>受任人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5"/>
                <w:sz w:val="28"/>
                <w:szCs w:val="28"/>
              </w:rPr>
              <w:t xml:space="preserve">： 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________________(簽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章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  <w:p w14:paraId="2833FB8A" w14:textId="77777777" w:rsidR="00AC53BF" w:rsidRPr="002B1D8E" w:rsidRDefault="00AC53BF" w:rsidP="00630CEA">
            <w:pPr>
              <w:pStyle w:val="TableParagraph"/>
              <w:tabs>
                <w:tab w:val="left" w:pos="2270"/>
              </w:tabs>
              <w:overflowPunct w:val="0"/>
              <w:spacing w:beforeLines="100" w:before="240" w:afterLines="50" w:after="120" w:line="400" w:lineRule="exact"/>
              <w:ind w:leftChars="2227" w:left="489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  <w:t>日期：____年____月____日</w:t>
            </w:r>
          </w:p>
        </w:tc>
      </w:tr>
    </w:tbl>
    <w:p w14:paraId="55AFC196" w14:textId="4F0742EB" w:rsidR="004807E5" w:rsidRDefault="004807E5" w:rsidP="00777DF7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</w:pPr>
    </w:p>
    <w:p w14:paraId="28E3E306" w14:textId="77777777" w:rsidR="00AC53BF" w:rsidRDefault="00AC53BF" w:rsidP="00777DF7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  <w:sectPr w:rsidR="00AC53BF" w:rsidSect="00BF0A58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74D395DA" w14:textId="1A755A77" w:rsidR="00AC53BF" w:rsidRPr="002B1D8E" w:rsidRDefault="00AC53BF" w:rsidP="00AC53BF">
      <w:pPr>
        <w:pStyle w:val="affc"/>
        <w:overflowPunct w:val="0"/>
        <w:spacing w:beforeLines="50" w:before="120" w:afterLines="50" w:after="120"/>
        <w:jc w:val="center"/>
        <w:rPr>
          <w:rFonts w:ascii="標楷體" w:eastAsia="標楷體" w:hAnsi="標楷體"/>
          <w:color w:val="000000" w:themeColor="text1"/>
          <w:szCs w:val="28"/>
          <w:lang w:eastAsia="zh-TW"/>
        </w:rPr>
      </w:pPr>
      <w:r>
        <w:rPr>
          <w:rFonts w:ascii="標楷體" w:eastAsia="標楷體" w:hAnsi="標楷體"/>
          <w:b/>
          <w:color w:val="000000" w:themeColor="text1"/>
          <w:szCs w:val="28"/>
          <w:lang w:eastAsia="zh-TW"/>
        </w:rPr>
        <w:lastRenderedPageBreak/>
        <w:t>國立</w:t>
      </w:r>
      <w:r>
        <w:rPr>
          <w:rFonts w:ascii="標楷體" w:eastAsia="標楷體" w:hAnsi="標楷體" w:hint="eastAsia"/>
          <w:b/>
          <w:color w:val="000000" w:themeColor="text1"/>
          <w:szCs w:val="28"/>
          <w:lang w:eastAsia="zh-TW"/>
        </w:rPr>
        <w:t>體育</w:t>
      </w:r>
      <w:r>
        <w:rPr>
          <w:rFonts w:ascii="標楷體" w:eastAsia="標楷體" w:hAnsi="標楷體"/>
          <w:b/>
          <w:color w:val="000000" w:themeColor="text1"/>
          <w:szCs w:val="28"/>
          <w:lang w:eastAsia="zh-TW"/>
        </w:rPr>
        <w:t>大學</w:t>
      </w:r>
      <w:r w:rsidRPr="002B1D8E">
        <w:rPr>
          <w:rFonts w:ascii="標楷體" w:eastAsia="標楷體" w:hAnsi="標楷體"/>
          <w:b/>
          <w:color w:val="000000" w:themeColor="text1"/>
          <w:szCs w:val="28"/>
          <w:lang w:eastAsia="zh-TW"/>
        </w:rPr>
        <w:t>職場霸凌申訴撤回</w:t>
      </w:r>
      <w:r w:rsidRPr="002B1D8E">
        <w:rPr>
          <w:rFonts w:ascii="標楷體" w:eastAsia="標楷體" w:hAnsi="標楷體" w:hint="eastAsia"/>
          <w:b/>
          <w:color w:val="000000" w:themeColor="text1"/>
          <w:szCs w:val="28"/>
          <w:lang w:eastAsia="zh-TW"/>
        </w:rPr>
        <w:t>書</w:t>
      </w:r>
    </w:p>
    <w:tbl>
      <w:tblPr>
        <w:tblStyle w:val="TableNormal"/>
        <w:tblW w:w="977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3123"/>
        <w:gridCol w:w="1414"/>
        <w:gridCol w:w="3685"/>
      </w:tblGrid>
      <w:tr w:rsidR="00AC53BF" w:rsidRPr="001C6843" w14:paraId="0D9D4258" w14:textId="77777777" w:rsidTr="00AC53BF">
        <w:trPr>
          <w:trHeight w:val="745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8B95D" w14:textId="77777777" w:rsidR="00AC53BF" w:rsidRPr="002B1D8E" w:rsidRDefault="00AC53BF" w:rsidP="00630CEA">
            <w:pPr>
              <w:pStyle w:val="TableParagraph"/>
              <w:overflowPunct w:val="0"/>
              <w:spacing w:before="254"/>
              <w:ind w:left="28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申訴人姓名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17A6" w14:textId="77777777" w:rsidR="00AC53BF" w:rsidRPr="002B1D8E" w:rsidRDefault="00AC53BF" w:rsidP="00630CEA">
            <w:pPr>
              <w:pStyle w:val="TableParagraph"/>
              <w:overflowPunct w:val="0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26AD" w14:textId="77777777" w:rsidR="00AC53BF" w:rsidRPr="002B1D8E" w:rsidRDefault="00AC53BF" w:rsidP="00630CEA">
            <w:pPr>
              <w:pStyle w:val="TableParagraph"/>
              <w:overflowPunct w:val="0"/>
              <w:spacing w:before="254"/>
              <w:ind w:left="28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sz w:val="28"/>
                <w:szCs w:val="28"/>
              </w:rPr>
              <w:t>聯絡方式（電話、</w:t>
            </w:r>
            <w:r w:rsidRPr="002B1D8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E-mail</w:t>
            </w:r>
            <w:r w:rsidRPr="002B1D8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9FD9" w14:textId="77777777" w:rsidR="00AC53BF" w:rsidRPr="002B1D8E" w:rsidRDefault="00AC53BF" w:rsidP="00630CEA">
            <w:pPr>
              <w:pStyle w:val="TableParagraph"/>
              <w:overflowPunct w:val="0"/>
              <w:spacing w:before="4"/>
              <w:ind w:left="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AC53BF" w:rsidRPr="001C6843" w14:paraId="6B97CD00" w14:textId="77777777" w:rsidTr="00AC53BF">
        <w:trPr>
          <w:trHeight w:val="1400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6DCC5" w14:textId="77777777" w:rsidR="00AC53BF" w:rsidRPr="002B1D8E" w:rsidRDefault="00AC53BF" w:rsidP="00630CEA">
            <w:pPr>
              <w:pStyle w:val="TableParagraph"/>
              <w:overflowPunct w:val="0"/>
              <w:spacing w:before="84"/>
              <w:ind w:left="12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3"/>
                <w:sz w:val="28"/>
                <w:szCs w:val="28"/>
              </w:rPr>
              <w:t>撤回原因</w:t>
            </w:r>
          </w:p>
          <w:p w14:paraId="53505140" w14:textId="77777777" w:rsidR="00AC53BF" w:rsidRPr="002B1D8E" w:rsidRDefault="00AC53BF" w:rsidP="00630CEA">
            <w:pPr>
              <w:pStyle w:val="TableParagraph"/>
              <w:overflowPunct w:val="0"/>
              <w:spacing w:before="65" w:line="301" w:lineRule="exact"/>
              <w:ind w:left="12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  <w:t>（請簡述</w:t>
            </w: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10"/>
                <w:sz w:val="28"/>
                <w:szCs w:val="28"/>
              </w:rPr>
              <w:t>）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DC5E" w14:textId="77777777" w:rsidR="00AC53BF" w:rsidRPr="002B1D8E" w:rsidRDefault="00AC53BF" w:rsidP="00630CEA">
            <w:pPr>
              <w:pStyle w:val="TableParagraph"/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AC53BF" w:rsidRPr="001C6843" w14:paraId="2DF046BB" w14:textId="77777777" w:rsidTr="00AC53BF">
        <w:trPr>
          <w:trHeight w:val="566"/>
          <w:jc w:val="center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6473" w14:textId="77777777" w:rsidR="00AC53BF" w:rsidRPr="002B1D8E" w:rsidRDefault="00AC53BF" w:rsidP="00630CEA">
            <w:pPr>
              <w:pStyle w:val="TableParagraph"/>
              <w:overflowPunct w:val="0"/>
              <w:spacing w:before="163"/>
              <w:ind w:left="12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5"/>
                <w:sz w:val="28"/>
                <w:szCs w:val="28"/>
              </w:rPr>
              <w:t>附件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5589" w14:textId="77777777" w:rsidR="00AC53BF" w:rsidRPr="002B1D8E" w:rsidRDefault="00AC53BF" w:rsidP="00630CEA">
            <w:pPr>
              <w:pStyle w:val="TableParagraph"/>
              <w:overflowPunct w:val="0"/>
              <w:spacing w:before="163"/>
              <w:ind w:left="28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</w:rPr>
              <w:t>檢附原申訴書影本</w:t>
            </w:r>
          </w:p>
        </w:tc>
      </w:tr>
      <w:tr w:rsidR="00AC53BF" w:rsidRPr="001C6843" w14:paraId="3AE9920D" w14:textId="77777777" w:rsidTr="00AC53BF">
        <w:trPr>
          <w:trHeight w:val="1674"/>
          <w:jc w:val="center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453A" w14:textId="77777777" w:rsidR="00AC53BF" w:rsidRPr="002B1D8E" w:rsidRDefault="00AC53BF" w:rsidP="00630CEA">
            <w:pPr>
              <w:pStyle w:val="TableParagraph"/>
              <w:overflowPunct w:val="0"/>
              <w:spacing w:before="30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382AC558" w14:textId="77777777" w:rsidR="00AC53BF" w:rsidRPr="002B1D8E" w:rsidRDefault="00AC53BF" w:rsidP="00630CEA">
            <w:pPr>
              <w:pStyle w:val="TableParagraph"/>
              <w:overflowPunct w:val="0"/>
              <w:spacing w:before="1"/>
              <w:ind w:left="518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7"/>
                <w:sz w:val="28"/>
                <w:szCs w:val="28"/>
              </w:rPr>
              <w:t>說明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A3CC" w14:textId="77777777" w:rsidR="00AC53BF" w:rsidRPr="002B1D8E" w:rsidRDefault="00AC53BF" w:rsidP="00630CEA">
            <w:pPr>
              <w:pStyle w:val="TableParagraph"/>
              <w:overflowPunct w:val="0"/>
              <w:spacing w:beforeLines="50" w:before="120"/>
              <w:ind w:left="388" w:right="17" w:hanging="36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</w:rPr>
              <w:t>1、本撤回書送達申訴</w:t>
            </w:r>
            <w:r w:rsidRPr="002B1D8E">
              <w:rPr>
                <w:rFonts w:ascii="標楷體" w:eastAsia="標楷體" w:hAnsi="標楷體" w:cs="Times New Roman" w:hint="eastAsia"/>
                <w:color w:val="000000" w:themeColor="text1"/>
                <w:spacing w:val="-2"/>
                <w:sz w:val="28"/>
                <w:szCs w:val="28"/>
              </w:rPr>
              <w:t>處理單位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</w:rPr>
              <w:t>後，申訴調查程序即予終止。</w:t>
            </w:r>
          </w:p>
          <w:p w14:paraId="7A55B959" w14:textId="77777777" w:rsidR="00AC53BF" w:rsidRPr="002B1D8E" w:rsidRDefault="00AC53BF" w:rsidP="00630CEA">
            <w:pPr>
              <w:pStyle w:val="TableParagraph"/>
              <w:overflowPunct w:val="0"/>
              <w:spacing w:beforeLines="50" w:before="120"/>
              <w:ind w:left="28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2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"/>
                <w:sz w:val="28"/>
                <w:szCs w:val="28"/>
              </w:rPr>
              <w:t>、申訴經撤回者，不得就同一事由再為申訴。</w:t>
            </w:r>
          </w:p>
          <w:p w14:paraId="45B48F48" w14:textId="77777777" w:rsidR="00AC53BF" w:rsidRPr="002B1D8E" w:rsidRDefault="00AC53BF" w:rsidP="00630CEA">
            <w:pPr>
              <w:pStyle w:val="TableParagraph"/>
              <w:overflowPunct w:val="0"/>
              <w:spacing w:beforeLines="50" w:before="120"/>
              <w:ind w:left="385" w:right="23" w:hanging="35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</w:rPr>
              <w:t>3、本撤回書所載當事人相關資料，除有調查之必要或基於公共安全之考量者外，應予保密。</w:t>
            </w:r>
          </w:p>
        </w:tc>
      </w:tr>
      <w:tr w:rsidR="00AC53BF" w:rsidRPr="001C6843" w14:paraId="685EBFCF" w14:textId="77777777" w:rsidTr="00AC53BF">
        <w:trPr>
          <w:trHeight w:val="5520"/>
          <w:jc w:val="center"/>
        </w:trPr>
        <w:tc>
          <w:tcPr>
            <w:tcW w:w="97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CED8" w14:textId="77777777" w:rsidR="00AC53BF" w:rsidRPr="002B1D8E" w:rsidRDefault="00AC53BF" w:rsidP="00630CEA">
            <w:pPr>
              <w:pStyle w:val="TableParagraph"/>
              <w:tabs>
                <w:tab w:val="left" w:pos="6440"/>
                <w:tab w:val="left" w:pos="7027"/>
                <w:tab w:val="left" w:pos="7886"/>
              </w:tabs>
              <w:overflowPunct w:val="0"/>
              <w:spacing w:before="488" w:line="376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   本人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 w:color="000000" w:themeColor="text1"/>
              </w:rPr>
              <w:t xml:space="preserve">  （申訴人）  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已瞭解上開說明內容，撤回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於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/>
              </w:rPr>
              <w:tab/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年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/>
              </w:rPr>
              <w:tab/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月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/>
              </w:rPr>
              <w:tab/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日申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訴</w:t>
            </w:r>
          </w:p>
          <w:p w14:paraId="40D0114E" w14:textId="77777777" w:rsidR="00AC53BF" w:rsidRPr="002B1D8E" w:rsidRDefault="00AC53BF" w:rsidP="00630CEA">
            <w:pPr>
              <w:pStyle w:val="TableParagraph"/>
              <w:overflowPunct w:val="0"/>
              <w:spacing w:line="376" w:lineRule="exact"/>
              <w:ind w:left="34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  <w:u w:val="single" w:color="000000" w:themeColor="text1"/>
              </w:rPr>
              <w:t>（被申訴人姓名）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3"/>
                <w:sz w:val="28"/>
                <w:szCs w:val="28"/>
              </w:rPr>
              <w:t>之職場霸凌事件，特此聲明。</w:t>
            </w:r>
          </w:p>
          <w:p w14:paraId="0934B934" w14:textId="77777777" w:rsidR="00AC53BF" w:rsidRPr="002B1D8E" w:rsidRDefault="00AC53BF" w:rsidP="00630CEA">
            <w:pPr>
              <w:pStyle w:val="TableParagraph"/>
              <w:overflowPunct w:val="0"/>
              <w:spacing w:before="328"/>
              <w:ind w:left="30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5"/>
                <w:sz w:val="28"/>
                <w:szCs w:val="28"/>
              </w:rPr>
              <w:t xml:space="preserve"> 此致</w:t>
            </w:r>
          </w:p>
          <w:p w14:paraId="46B1A787" w14:textId="6502358B" w:rsidR="00AC53BF" w:rsidRPr="00747780" w:rsidRDefault="00AC53BF" w:rsidP="00630CEA">
            <w:pPr>
              <w:pStyle w:val="TableParagraph"/>
              <w:tabs>
                <w:tab w:val="left" w:pos="2270"/>
              </w:tabs>
              <w:overflowPunct w:val="0"/>
              <w:spacing w:before="328"/>
              <w:ind w:firstLineChars="400" w:firstLine="1112"/>
              <w:jc w:val="both"/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</w:pPr>
            <w:r w:rsidRPr="00747780">
              <w:rPr>
                <w:rFonts w:ascii="標楷體" w:eastAsia="標楷體" w:hAnsi="標楷體" w:cs="Times New Roman" w:hint="eastAsia"/>
                <w:color w:val="000000" w:themeColor="text1"/>
                <w:spacing w:val="-2"/>
                <w:sz w:val="28"/>
                <w:szCs w:val="28"/>
              </w:rPr>
              <w:t>國立體育大學</w:t>
            </w:r>
          </w:p>
          <w:p w14:paraId="2874C341" w14:textId="77777777" w:rsidR="00AC53BF" w:rsidRPr="002B1D8E" w:rsidRDefault="00AC53BF" w:rsidP="00630CEA">
            <w:pPr>
              <w:pStyle w:val="TableParagraph"/>
              <w:tabs>
                <w:tab w:val="left" w:pos="2270"/>
              </w:tabs>
              <w:overflowPunct w:val="0"/>
              <w:spacing w:before="328"/>
              <w:ind w:left="34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  <w:p w14:paraId="22736CF5" w14:textId="77777777" w:rsidR="00AC53BF" w:rsidRPr="002B1D8E" w:rsidRDefault="00AC53BF" w:rsidP="00630CEA">
            <w:pPr>
              <w:pStyle w:val="TableParagraph"/>
              <w:tabs>
                <w:tab w:val="left" w:pos="2346"/>
              </w:tabs>
              <w:overflowPunct w:val="0"/>
              <w:spacing w:afterLines="50" w:after="120" w:line="400" w:lineRule="exact"/>
              <w:ind w:leftChars="1675" w:left="3685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申訴人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________________(簽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章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 xml:space="preserve">                           </w:t>
            </w:r>
          </w:p>
          <w:p w14:paraId="4127AC66" w14:textId="77777777" w:rsidR="00AC53BF" w:rsidRPr="002B1D8E" w:rsidRDefault="00AC53BF" w:rsidP="00630CEA">
            <w:pPr>
              <w:pStyle w:val="TableParagraph"/>
              <w:tabs>
                <w:tab w:val="left" w:pos="2346"/>
              </w:tabs>
              <w:overflowPunct w:val="0"/>
              <w:spacing w:afterLines="50" w:after="120" w:line="400" w:lineRule="exact"/>
              <w:ind w:leftChars="1675" w:left="3685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委任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人（無則免填）：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________________(簽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章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  <w:p w14:paraId="2A0DA424" w14:textId="77777777" w:rsidR="00AC53BF" w:rsidRPr="002B1D8E" w:rsidRDefault="00AC53BF" w:rsidP="00630CEA">
            <w:pPr>
              <w:pStyle w:val="TableParagraph"/>
              <w:tabs>
                <w:tab w:val="left" w:pos="2346"/>
              </w:tabs>
              <w:overflowPunct w:val="0"/>
              <w:spacing w:afterLines="50" w:after="120" w:line="400" w:lineRule="exact"/>
              <w:ind w:leftChars="1675" w:left="3685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日期：____年____月____日</w:t>
            </w:r>
          </w:p>
        </w:tc>
      </w:tr>
    </w:tbl>
    <w:p w14:paraId="7076643D" w14:textId="77777777" w:rsidR="00AC53BF" w:rsidRDefault="00AC53BF" w:rsidP="00777DF7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</w:pPr>
    </w:p>
    <w:p w14:paraId="747DA7AE" w14:textId="77777777" w:rsidR="00AC53BF" w:rsidRDefault="00AC53BF" w:rsidP="00777DF7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  <w:sectPr w:rsidR="00AC53BF" w:rsidSect="00BF0A58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9CF0D91" w14:textId="7274CFBA" w:rsidR="00AC53BF" w:rsidRPr="002B1D8E" w:rsidRDefault="00AC53BF" w:rsidP="00AC53BF">
      <w:pPr>
        <w:pStyle w:val="affc"/>
        <w:overflowPunct w:val="0"/>
        <w:spacing w:beforeLines="50" w:before="120" w:afterLines="50" w:after="120"/>
        <w:jc w:val="center"/>
        <w:rPr>
          <w:rFonts w:ascii="標楷體" w:eastAsia="標楷體" w:hAnsi="標楷體"/>
          <w:b/>
          <w:color w:val="000000" w:themeColor="text1"/>
          <w:szCs w:val="28"/>
          <w:lang w:eastAsia="zh-TW"/>
        </w:rPr>
      </w:pPr>
      <w:r>
        <w:rPr>
          <w:rFonts w:ascii="標楷體" w:eastAsia="標楷體" w:hAnsi="標楷體"/>
          <w:b/>
          <w:color w:val="000000" w:themeColor="text1"/>
          <w:szCs w:val="28"/>
          <w:lang w:eastAsia="zh-TW"/>
        </w:rPr>
        <w:lastRenderedPageBreak/>
        <w:t>國立</w:t>
      </w:r>
      <w:r>
        <w:rPr>
          <w:rFonts w:ascii="標楷體" w:eastAsia="標楷體" w:hAnsi="標楷體" w:hint="eastAsia"/>
          <w:b/>
          <w:color w:val="000000" w:themeColor="text1"/>
          <w:szCs w:val="28"/>
          <w:lang w:eastAsia="zh-TW"/>
        </w:rPr>
        <w:t>體育</w:t>
      </w:r>
      <w:r>
        <w:rPr>
          <w:rFonts w:ascii="標楷體" w:eastAsia="標楷體" w:hAnsi="標楷體"/>
          <w:b/>
          <w:color w:val="000000" w:themeColor="text1"/>
          <w:szCs w:val="28"/>
          <w:lang w:eastAsia="zh-TW"/>
        </w:rPr>
        <w:t>大學</w:t>
      </w:r>
      <w:r w:rsidRPr="002B1D8E">
        <w:rPr>
          <w:rFonts w:ascii="標楷體" w:eastAsia="標楷體" w:hAnsi="標楷體"/>
          <w:b/>
          <w:color w:val="000000" w:themeColor="text1"/>
          <w:szCs w:val="28"/>
          <w:lang w:eastAsia="zh-TW"/>
        </w:rPr>
        <w:t>職場霸凌申訴</w:t>
      </w:r>
      <w:r w:rsidRPr="002B1D8E">
        <w:rPr>
          <w:rFonts w:ascii="標楷體" w:eastAsia="標楷體" w:hAnsi="標楷體" w:hint="eastAsia"/>
          <w:b/>
          <w:color w:val="000000" w:themeColor="text1"/>
          <w:szCs w:val="28"/>
          <w:lang w:eastAsia="zh-TW"/>
        </w:rPr>
        <w:t>是否</w:t>
      </w:r>
      <w:r w:rsidRPr="002B1D8E">
        <w:rPr>
          <w:rFonts w:ascii="標楷體" w:eastAsia="標楷體" w:hAnsi="標楷體"/>
          <w:b/>
          <w:color w:val="000000" w:themeColor="text1"/>
          <w:szCs w:val="28"/>
          <w:lang w:eastAsia="zh-TW"/>
        </w:rPr>
        <w:t>受理通知書</w:t>
      </w:r>
    </w:p>
    <w:p w14:paraId="67481C23" w14:textId="77777777" w:rsidR="00AC53BF" w:rsidRPr="002B1D8E" w:rsidRDefault="00AC53BF" w:rsidP="00AC53BF">
      <w:pPr>
        <w:overflowPunct w:val="0"/>
        <w:spacing w:before="200"/>
        <w:ind w:firstLineChars="253" w:firstLine="709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proofErr w:type="spellStart"/>
      <w:r w:rsidRPr="002B1D8E">
        <w:rPr>
          <w:rFonts w:ascii="標楷體" w:eastAsia="標楷體" w:hAnsi="標楷體" w:cs="新細明體" w:hint="eastAsia"/>
          <w:b/>
          <w:color w:val="000000" w:themeColor="text1"/>
          <w:sz w:val="28"/>
          <w:szCs w:val="28"/>
        </w:rPr>
        <w:t>一、案件基本資料</w:t>
      </w:r>
      <w:proofErr w:type="spellEnd"/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ook w:val="04A0" w:firstRow="1" w:lastRow="0" w:firstColumn="1" w:lastColumn="0" w:noHBand="0" w:noVBand="1"/>
      </w:tblPr>
      <w:tblGrid>
        <w:gridCol w:w="1902"/>
        <w:gridCol w:w="2262"/>
        <w:gridCol w:w="2313"/>
        <w:gridCol w:w="2533"/>
      </w:tblGrid>
      <w:tr w:rsidR="00AC53BF" w:rsidRPr="001C6843" w14:paraId="6D7F698E" w14:textId="77777777" w:rsidTr="00630CEA">
        <w:trPr>
          <w:cantSplit/>
          <w:trHeight w:val="340"/>
          <w:jc w:val="center"/>
        </w:trPr>
        <w:tc>
          <w:tcPr>
            <w:tcW w:w="197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C47DA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新細明體"/>
                <w:b/>
                <w:color w:val="000000" w:themeColor="text1"/>
                <w:sz w:val="28"/>
                <w:szCs w:val="28"/>
              </w:rPr>
              <w:t>案</w:t>
            </w:r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</w:rPr>
              <w:t>號</w:t>
            </w:r>
            <w:proofErr w:type="spellEnd"/>
          </w:p>
        </w:tc>
        <w:tc>
          <w:tcPr>
            <w:tcW w:w="7393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0D4791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AC53BF" w:rsidRPr="001C6843" w14:paraId="1BAB57AC" w14:textId="77777777" w:rsidTr="00630CEA">
        <w:trPr>
          <w:cantSplit/>
          <w:trHeight w:val="340"/>
          <w:jc w:val="center"/>
        </w:trPr>
        <w:tc>
          <w:tcPr>
            <w:tcW w:w="197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014B4B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</w:rPr>
              <w:t>申訴人姓名</w:t>
            </w:r>
            <w:proofErr w:type="spellEnd"/>
          </w:p>
        </w:tc>
        <w:tc>
          <w:tcPr>
            <w:tcW w:w="234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B26CDC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07345A" w14:textId="77777777" w:rsidR="00AC53BF" w:rsidRPr="002B1D8E" w:rsidRDefault="00AC53BF" w:rsidP="00630CEA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</w:rPr>
              <w:t>服務單位</w:t>
            </w:r>
            <w:proofErr w:type="spellEnd"/>
            <w:r w:rsidRPr="002B1D8E">
              <w:rPr>
                <w:rFonts w:ascii="標楷體" w:eastAsia="標楷體" w:hAnsi="標楷體" w:cs="新細明體"/>
                <w:b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2B1D8E">
              <w:rPr>
                <w:rFonts w:ascii="標楷體" w:eastAsia="標楷體" w:hAnsi="標楷體" w:cs="新細明體"/>
                <w:b/>
                <w:color w:val="000000" w:themeColor="text1"/>
                <w:sz w:val="28"/>
                <w:szCs w:val="28"/>
              </w:rPr>
              <w:t>職稱</w:t>
            </w:r>
            <w:proofErr w:type="spellEnd"/>
          </w:p>
        </w:tc>
        <w:tc>
          <w:tcPr>
            <w:tcW w:w="263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7020E9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AC53BF" w:rsidRPr="001C6843" w14:paraId="6EC43DF1" w14:textId="77777777" w:rsidTr="00630CEA">
        <w:trPr>
          <w:cantSplit/>
          <w:trHeight w:val="340"/>
          <w:jc w:val="center"/>
        </w:trPr>
        <w:tc>
          <w:tcPr>
            <w:tcW w:w="197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4F30D6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</w:rPr>
              <w:t>申訴日期</w:t>
            </w:r>
            <w:proofErr w:type="spellEnd"/>
          </w:p>
        </w:tc>
        <w:tc>
          <w:tcPr>
            <w:tcW w:w="234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1142EE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proofErr w:type="spellStart"/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年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月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日</w:t>
            </w:r>
            <w:proofErr w:type="spellEnd"/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417F5A" w14:textId="77777777" w:rsidR="00AC53BF" w:rsidRPr="002B1D8E" w:rsidRDefault="00AC53BF" w:rsidP="00630CEA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</w:rPr>
              <w:t>是否受理</w:t>
            </w:r>
            <w:proofErr w:type="spellEnd"/>
            <w:r w:rsidRPr="002B1D8E">
              <w:rPr>
                <w:rFonts w:ascii="標楷體" w:eastAsia="標楷體" w:hAnsi="標楷體" w:cs="Noto Sans CJK TC"/>
                <w:b/>
                <w:color w:val="000000" w:themeColor="text1"/>
                <w:sz w:val="28"/>
                <w:szCs w:val="28"/>
              </w:rPr>
              <w:br/>
            </w:r>
            <w:proofErr w:type="spellStart"/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</w:rPr>
              <w:t>決定日期</w:t>
            </w:r>
            <w:proofErr w:type="spellEnd"/>
          </w:p>
        </w:tc>
        <w:tc>
          <w:tcPr>
            <w:tcW w:w="263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F5FD6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□是　□否</w:t>
            </w:r>
          </w:p>
          <w:p w14:paraId="44CC5ACD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proofErr w:type="spellStart"/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年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月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日</w:t>
            </w:r>
            <w:proofErr w:type="spellEnd"/>
          </w:p>
        </w:tc>
      </w:tr>
      <w:tr w:rsidR="00AC53BF" w:rsidRPr="001C6843" w14:paraId="3138761D" w14:textId="77777777" w:rsidTr="00630CEA">
        <w:trPr>
          <w:cantSplit/>
          <w:trHeight w:val="340"/>
          <w:jc w:val="center"/>
        </w:trPr>
        <w:tc>
          <w:tcPr>
            <w:tcW w:w="197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892DB9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</w:rPr>
              <w:t>被申訴人姓名</w:t>
            </w:r>
            <w:proofErr w:type="spellEnd"/>
          </w:p>
        </w:tc>
        <w:tc>
          <w:tcPr>
            <w:tcW w:w="234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C170F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D4FDF" w14:textId="77777777" w:rsidR="00AC53BF" w:rsidRPr="002B1D8E" w:rsidRDefault="00AC53BF" w:rsidP="00630CEA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</w:rPr>
              <w:t>被申訴人單位</w:t>
            </w:r>
            <w:proofErr w:type="spellEnd"/>
            <w:r w:rsidRPr="002B1D8E">
              <w:rPr>
                <w:rFonts w:ascii="標楷體" w:eastAsia="標楷體" w:hAnsi="標楷體" w:cs="新細明體"/>
                <w:b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2B1D8E">
              <w:rPr>
                <w:rFonts w:ascii="標楷體" w:eastAsia="標楷體" w:hAnsi="標楷體" w:cs="新細明體"/>
                <w:b/>
                <w:color w:val="000000" w:themeColor="text1"/>
                <w:sz w:val="28"/>
                <w:szCs w:val="28"/>
              </w:rPr>
              <w:t>職稱</w:t>
            </w:r>
            <w:proofErr w:type="spellEnd"/>
          </w:p>
        </w:tc>
        <w:tc>
          <w:tcPr>
            <w:tcW w:w="263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EE0B67" w14:textId="77777777" w:rsidR="00AC53BF" w:rsidRPr="002B1D8E" w:rsidRDefault="00AC53BF" w:rsidP="00630CEA">
            <w:pPr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E180E93" w14:textId="77777777" w:rsidR="00AC53BF" w:rsidRPr="002B1D8E" w:rsidRDefault="00AC53BF" w:rsidP="00AC53BF">
      <w:pPr>
        <w:overflowPunct w:val="0"/>
        <w:spacing w:before="200"/>
        <w:ind w:firstLineChars="202" w:firstLine="566"/>
        <w:rPr>
          <w:rFonts w:ascii="標楷體" w:eastAsia="標楷體" w:hAnsi="標楷體" w:cs="新細明體"/>
          <w:b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cs="新細明體" w:hint="eastAsia"/>
          <w:b/>
          <w:color w:val="000000" w:themeColor="text1"/>
          <w:sz w:val="28"/>
          <w:szCs w:val="28"/>
          <w:lang w:eastAsia="zh-TW"/>
        </w:rPr>
        <w:t>二、申訴不予受理情形及理由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ook w:val="04A0" w:firstRow="1" w:lastRow="0" w:firstColumn="1" w:lastColumn="0" w:noHBand="0" w:noVBand="1"/>
      </w:tblPr>
      <w:tblGrid>
        <w:gridCol w:w="9010"/>
      </w:tblGrid>
      <w:tr w:rsidR="00AC53BF" w:rsidRPr="001C6843" w14:paraId="3BD65AE0" w14:textId="77777777" w:rsidTr="00630CEA">
        <w:trPr>
          <w:jc w:val="center"/>
        </w:trPr>
        <w:tc>
          <w:tcPr>
            <w:tcW w:w="9396" w:type="dxa"/>
          </w:tcPr>
          <w:p w14:paraId="5BF407A6" w14:textId="77777777" w:rsidR="00AC53BF" w:rsidRPr="002B1D8E" w:rsidRDefault="00AC53BF" w:rsidP="00630CEA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  <w:lang w:eastAsia="zh-TW"/>
              </w:rPr>
              <w:t>不予受理事由（請勾選適用項目並敘明理由）</w:t>
            </w:r>
          </w:p>
        </w:tc>
      </w:tr>
      <w:tr w:rsidR="00AC53BF" w:rsidRPr="001C6843" w14:paraId="190D1993" w14:textId="77777777" w:rsidTr="00747780">
        <w:trPr>
          <w:cantSplit/>
          <w:trHeight w:val="3745"/>
          <w:jc w:val="center"/>
        </w:trPr>
        <w:tc>
          <w:tcPr>
            <w:tcW w:w="9396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969089C" w14:textId="77777777" w:rsidR="00AC53BF" w:rsidRPr="002B1D8E" w:rsidRDefault="00AC53BF" w:rsidP="00630CEA">
            <w:pPr>
              <w:overflowPunct w:val="0"/>
              <w:spacing w:after="40" w:line="283" w:lineRule="auto"/>
              <w:rPr>
                <w:rFonts w:ascii="標楷體" w:eastAsia="標楷體" w:hAnsi="標楷體" w:cs="新細明體"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2B1D8E">
              <w:rPr>
                <w:rFonts w:ascii="標楷體" w:eastAsia="標楷體" w:hAnsi="標楷體" w:cs="Noto Sans CJK TC"/>
                <w:bCs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2B1D8E">
              <w:rPr>
                <w:rFonts w:ascii="標楷體" w:eastAsia="標楷體" w:hAnsi="標楷體" w:cs="新細明體" w:hint="eastAsia"/>
                <w:bCs/>
                <w:color w:val="000000" w:themeColor="text1"/>
                <w:sz w:val="28"/>
                <w:szCs w:val="28"/>
                <w:lang w:eastAsia="zh-TW"/>
              </w:rPr>
              <w:t>非屬職業安全衛生法第</w:t>
            </w:r>
            <w:r w:rsidRPr="002B1D8E">
              <w:rPr>
                <w:rFonts w:ascii="標楷體" w:eastAsia="標楷體" w:hAnsi="標楷體" w:cs="Noto Sans CJK TC"/>
                <w:bCs/>
                <w:color w:val="000000" w:themeColor="text1"/>
                <w:sz w:val="28"/>
                <w:szCs w:val="28"/>
                <w:lang w:eastAsia="zh-TW"/>
              </w:rPr>
              <w:t>22</w:t>
            </w:r>
            <w:r w:rsidRPr="002B1D8E">
              <w:rPr>
                <w:rFonts w:ascii="標楷體" w:eastAsia="標楷體" w:hAnsi="標楷體" w:cs="新細明體" w:hint="eastAsia"/>
                <w:bCs/>
                <w:color w:val="000000" w:themeColor="text1"/>
                <w:sz w:val="28"/>
                <w:szCs w:val="28"/>
                <w:lang w:eastAsia="zh-TW"/>
              </w:rPr>
              <w:t>條之</w:t>
            </w:r>
            <w:r w:rsidRPr="002B1D8E">
              <w:rPr>
                <w:rFonts w:ascii="標楷體" w:eastAsia="標楷體" w:hAnsi="標楷體" w:cs="Noto Sans CJK TC"/>
                <w:bCs/>
                <w:color w:val="000000" w:themeColor="text1"/>
                <w:sz w:val="28"/>
                <w:szCs w:val="28"/>
                <w:lang w:eastAsia="zh-TW"/>
              </w:rPr>
              <w:t>1</w:t>
            </w:r>
            <w:r w:rsidRPr="002B1D8E">
              <w:rPr>
                <w:rFonts w:ascii="標楷體" w:eastAsia="標楷體" w:hAnsi="標楷體" w:cs="新細明體" w:hint="eastAsia"/>
                <w:bCs/>
                <w:color w:val="000000" w:themeColor="text1"/>
                <w:sz w:val="28"/>
                <w:szCs w:val="28"/>
                <w:lang w:eastAsia="zh-TW"/>
              </w:rPr>
              <w:t>第</w:t>
            </w:r>
            <w:r w:rsidRPr="002B1D8E">
              <w:rPr>
                <w:rFonts w:ascii="標楷體" w:eastAsia="標楷體" w:hAnsi="標楷體" w:cs="Noto Sans CJK TC"/>
                <w:bCs/>
                <w:color w:val="000000" w:themeColor="text1"/>
                <w:sz w:val="28"/>
                <w:szCs w:val="28"/>
                <w:lang w:eastAsia="zh-TW"/>
              </w:rPr>
              <w:t>1</w:t>
            </w:r>
            <w:r w:rsidRPr="002B1D8E">
              <w:rPr>
                <w:rFonts w:ascii="標楷體" w:eastAsia="標楷體" w:hAnsi="標楷體" w:cs="新細明體" w:hint="eastAsia"/>
                <w:bCs/>
                <w:color w:val="000000" w:themeColor="text1"/>
                <w:sz w:val="28"/>
                <w:szCs w:val="28"/>
                <w:lang w:eastAsia="zh-TW"/>
              </w:rPr>
              <w:t>項所稱職場霸凌</w:t>
            </w:r>
          </w:p>
          <w:p w14:paraId="3D7C1C38" w14:textId="77777777" w:rsidR="00AC53BF" w:rsidRPr="002B1D8E" w:rsidRDefault="00AC53BF" w:rsidP="00630CEA">
            <w:pPr>
              <w:overflowPunct w:val="0"/>
              <w:spacing w:after="40" w:line="283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2B1D8E">
              <w:rPr>
                <w:rFonts w:ascii="標楷體" w:eastAsia="標楷體" w:hAnsi="標楷體" w:cs="Noto Sans CJK TC"/>
                <w:bCs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2B1D8E">
              <w:rPr>
                <w:rFonts w:ascii="標楷體" w:eastAsia="標楷體" w:hAnsi="標楷體" w:cs="新細明體" w:hint="eastAsia"/>
                <w:bCs/>
                <w:color w:val="000000" w:themeColor="text1"/>
                <w:sz w:val="28"/>
                <w:szCs w:val="28"/>
                <w:lang w:eastAsia="zh-TW"/>
              </w:rPr>
              <w:t>無具體之內容</w:t>
            </w:r>
          </w:p>
          <w:p w14:paraId="5D535820" w14:textId="77777777" w:rsidR="00AC53BF" w:rsidRPr="002B1D8E" w:rsidRDefault="00AC53BF" w:rsidP="00630CEA">
            <w:pPr>
              <w:overflowPunct w:val="0"/>
              <w:spacing w:after="40" w:line="283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2B1D8E">
              <w:rPr>
                <w:rFonts w:ascii="標楷體" w:eastAsia="標楷體" w:hAnsi="標楷體" w:cs="Noto Sans CJK TC"/>
                <w:bCs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2B1D8E">
              <w:rPr>
                <w:rFonts w:ascii="標楷體" w:eastAsia="標楷體" w:hAnsi="標楷體" w:cs="新細明體" w:hint="eastAsia"/>
                <w:bCs/>
                <w:color w:val="000000" w:themeColor="text1"/>
                <w:sz w:val="28"/>
                <w:szCs w:val="28"/>
                <w:lang w:eastAsia="zh-TW"/>
              </w:rPr>
              <w:t>申訴人未具真實姓名或足以辨別其身分之資訊</w:t>
            </w:r>
          </w:p>
          <w:p w14:paraId="61689DE9" w14:textId="77777777" w:rsidR="00AC53BF" w:rsidRPr="002B1D8E" w:rsidRDefault="00AC53BF" w:rsidP="00630CEA">
            <w:pPr>
              <w:overflowPunct w:val="0"/>
              <w:spacing w:after="40" w:line="283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2B1D8E">
              <w:rPr>
                <w:rFonts w:ascii="標楷體" w:eastAsia="標楷體" w:hAnsi="標楷體" w:cs="Noto Sans CJK TC"/>
                <w:bCs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2B1D8E">
              <w:rPr>
                <w:rFonts w:ascii="標楷體" w:eastAsia="標楷體" w:hAnsi="標楷體" w:cs="新細明體" w:hint="eastAsia"/>
                <w:bCs/>
                <w:color w:val="000000" w:themeColor="text1"/>
                <w:sz w:val="28"/>
                <w:szCs w:val="28"/>
                <w:lang w:eastAsia="zh-TW"/>
              </w:rPr>
              <w:t>同一事件已不受理或已作成終局實體處理</w:t>
            </w:r>
          </w:p>
          <w:p w14:paraId="057EEF21" w14:textId="77777777" w:rsidR="00AC53BF" w:rsidRPr="002B1D8E" w:rsidRDefault="00AC53BF" w:rsidP="00630CEA">
            <w:pPr>
              <w:overflowPunct w:val="0"/>
              <w:spacing w:after="40" w:line="283" w:lineRule="auto"/>
              <w:rPr>
                <w:rFonts w:ascii="標楷體" w:eastAsia="標楷體" w:hAnsi="標楷體" w:cs="新細明體"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2B1D8E">
              <w:rPr>
                <w:rFonts w:ascii="標楷體" w:eastAsia="標楷體" w:hAnsi="標楷體" w:cs="Noto Sans CJK TC"/>
                <w:bCs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2B1D8E">
              <w:rPr>
                <w:rFonts w:ascii="標楷體" w:eastAsia="標楷體" w:hAnsi="標楷體" w:cs="新細明體" w:hint="eastAsia"/>
                <w:bCs/>
                <w:color w:val="000000" w:themeColor="text1"/>
                <w:sz w:val="28"/>
                <w:szCs w:val="28"/>
                <w:lang w:eastAsia="zh-TW"/>
              </w:rPr>
              <w:t>申訴事件已撤回申訴</w:t>
            </w:r>
          </w:p>
          <w:p w14:paraId="71A885A6" w14:textId="77777777" w:rsidR="00AC53BF" w:rsidRPr="002B1D8E" w:rsidRDefault="00AC53BF" w:rsidP="00630CEA">
            <w:pPr>
              <w:overflowPunct w:val="0"/>
              <w:spacing w:after="40" w:line="283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lang w:eastAsia="zh-TW"/>
              </w:rPr>
              <w:t>□ 已逾申訴期限</w:t>
            </w:r>
          </w:p>
          <w:p w14:paraId="783CCA36" w14:textId="77777777" w:rsidR="00AC53BF" w:rsidRPr="002B1D8E" w:rsidRDefault="00AC53BF" w:rsidP="00630CEA">
            <w:pPr>
              <w:overflowPunct w:val="0"/>
              <w:spacing w:after="40" w:line="283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新細明體" w:hint="eastAsia"/>
                <w:bCs/>
                <w:color w:val="000000" w:themeColor="text1"/>
                <w:sz w:val="28"/>
                <w:szCs w:val="28"/>
              </w:rPr>
              <w:t>理由說明</w:t>
            </w:r>
            <w:proofErr w:type="spellEnd"/>
            <w:r w:rsidRPr="002B1D8E">
              <w:rPr>
                <w:rFonts w:ascii="標楷體" w:eastAsia="標楷體" w:hAnsi="標楷體" w:cs="新細明體"/>
                <w:bCs/>
                <w:color w:val="000000" w:themeColor="text1"/>
                <w:sz w:val="28"/>
                <w:szCs w:val="28"/>
              </w:rPr>
              <w:t>：</w:t>
            </w:r>
          </w:p>
          <w:p w14:paraId="10D76DBA" w14:textId="77777777" w:rsidR="00AC53BF" w:rsidRPr="002B1D8E" w:rsidRDefault="00AC53BF" w:rsidP="00630CEA">
            <w:pPr>
              <w:overflowPunct w:val="0"/>
              <w:spacing w:after="40" w:line="283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33993EDB" w14:textId="77777777" w:rsidR="00AC53BF" w:rsidRPr="002B1D8E" w:rsidRDefault="00AC53BF" w:rsidP="00630CEA">
            <w:pPr>
              <w:overflowPunct w:val="0"/>
              <w:spacing w:after="40" w:line="283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1C4B1ABB" w14:textId="77777777" w:rsidR="00AC53BF" w:rsidRPr="002B1D8E" w:rsidRDefault="00AC53BF" w:rsidP="00747780">
      <w:pPr>
        <w:overflowPunct w:val="0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學校關防</w:t>
      </w:r>
      <w:r w:rsidRPr="002B1D8E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>：_____________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</w:t>
      </w:r>
    </w:p>
    <w:p w14:paraId="0F4F690C" w14:textId="084D421E" w:rsidR="00AC53BF" w:rsidRDefault="00AC53BF" w:rsidP="00747780">
      <w:pPr>
        <w:spacing w:after="0" w:line="240" w:lineRule="auto"/>
        <w:jc w:val="right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>日期：____年____月____日</w:t>
      </w:r>
    </w:p>
    <w:p w14:paraId="0FB09DD2" w14:textId="77777777" w:rsidR="003F2DD4" w:rsidRDefault="003F2DD4" w:rsidP="00747780">
      <w:pPr>
        <w:spacing w:after="0" w:line="240" w:lineRule="auto"/>
        <w:jc w:val="right"/>
        <w:rPr>
          <w:rFonts w:ascii="標楷體" w:eastAsia="標楷體" w:hAnsi="標楷體"/>
          <w:sz w:val="24"/>
          <w:szCs w:val="24"/>
          <w:lang w:eastAsia="zh-TW"/>
        </w:rPr>
      </w:pPr>
    </w:p>
    <w:p w14:paraId="6FA8E784" w14:textId="77777777" w:rsidR="003F2DD4" w:rsidRDefault="003F2DD4" w:rsidP="00777DF7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  <w:sectPr w:rsidR="003F2DD4" w:rsidSect="00BF0A58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6AE67287" w14:textId="66B21AAB" w:rsidR="003F2DD4" w:rsidRPr="002B1D8E" w:rsidRDefault="003F2DD4" w:rsidP="003F2DD4">
      <w:pPr>
        <w:pStyle w:val="1"/>
        <w:overflowPunct w:val="0"/>
        <w:spacing w:before="120" w:after="240"/>
        <w:jc w:val="center"/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</w:pPr>
      <w:bookmarkStart w:id="0" w:name="_Toc232596668"/>
      <w:bookmarkStart w:id="1" w:name="_Toc233046410"/>
      <w:r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lastRenderedPageBreak/>
        <w:t>國立體育大學</w:t>
      </w:r>
      <w:r w:rsidRPr="002B1D8E"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t>職場霸凌事件</w:t>
      </w:r>
      <w:r w:rsidRPr="002B1D8E"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  <w:t>協調</w:t>
      </w:r>
      <w:r w:rsidRPr="002B1D8E"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t>合意</w:t>
      </w:r>
      <w:r w:rsidRPr="002B1D8E"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  <w:t>書</w:t>
      </w:r>
      <w:bookmarkEnd w:id="0"/>
      <w:bookmarkEnd w:id="1"/>
    </w:p>
    <w:p w14:paraId="25C4A6BF" w14:textId="77777777" w:rsidR="003F2DD4" w:rsidRPr="002B1D8E" w:rsidRDefault="003F2DD4" w:rsidP="003F2DD4">
      <w:pPr>
        <w:pStyle w:val="1"/>
        <w:overflowPunct w:val="0"/>
        <w:spacing w:before="120" w:after="240"/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</w:pPr>
    </w:p>
    <w:p w14:paraId="043DB10D" w14:textId="77777777" w:rsidR="003F2DD4" w:rsidRPr="002B1D8E" w:rsidRDefault="003F2DD4" w:rsidP="003F2DD4">
      <w:pPr>
        <w:overflowPunct w:val="0"/>
        <w:spacing w:beforeLines="50" w:before="120" w:afterLines="100" w:after="240" w:line="283" w:lineRule="auto"/>
        <w:ind w:leftChars="257" w:left="565"/>
        <w:rPr>
          <w:rFonts w:ascii="標楷體" w:eastAsia="標楷體" w:hAnsi="標楷體" w:cs="Times New Roman"/>
          <w:bCs/>
          <w:color w:val="000000" w:themeColor="text1"/>
          <w:sz w:val="32"/>
          <w:szCs w:val="32"/>
          <w:lang w:eastAsia="zh-TW"/>
        </w:rPr>
      </w:pPr>
      <w:r w:rsidRPr="002B1D8E">
        <w:rPr>
          <w:rFonts w:ascii="標楷體" w:eastAsia="標楷體" w:hAnsi="標楷體" w:cs="Times New Roman" w:hint="eastAsia"/>
          <w:bCs/>
          <w:color w:val="000000" w:themeColor="text1"/>
          <w:sz w:val="32"/>
          <w:szCs w:val="32"/>
          <w:lang w:eastAsia="zh-TW"/>
        </w:rPr>
        <w:t>申訴人</w:t>
      </w:r>
      <w:r w:rsidRPr="002B1D8E">
        <w:rPr>
          <w:rFonts w:ascii="標楷體" w:eastAsia="標楷體" w:hAnsi="標楷體" w:cs="Times New Roman"/>
          <w:bCs/>
          <w:color w:val="000000" w:themeColor="text1"/>
          <w:sz w:val="32"/>
          <w:szCs w:val="32"/>
          <w:lang w:eastAsia="zh-TW"/>
        </w:rPr>
        <w:t>:</w:t>
      </w:r>
    </w:p>
    <w:p w14:paraId="4DBDF406" w14:textId="77777777" w:rsidR="003F2DD4" w:rsidRPr="002B1D8E" w:rsidRDefault="003F2DD4" w:rsidP="003F2DD4">
      <w:pPr>
        <w:overflowPunct w:val="0"/>
        <w:spacing w:beforeLines="50" w:before="120" w:afterLines="100" w:after="240" w:line="283" w:lineRule="auto"/>
        <w:ind w:leftChars="257" w:left="565"/>
        <w:rPr>
          <w:rFonts w:ascii="標楷體" w:eastAsia="標楷體" w:hAnsi="標楷體" w:cs="Times New Roman"/>
          <w:bCs/>
          <w:color w:val="000000" w:themeColor="text1"/>
          <w:sz w:val="32"/>
          <w:szCs w:val="32"/>
          <w:lang w:eastAsia="zh-TW"/>
        </w:rPr>
      </w:pPr>
      <w:r w:rsidRPr="002B1D8E">
        <w:rPr>
          <w:rFonts w:ascii="標楷體" w:eastAsia="標楷體" w:hAnsi="標楷體" w:cs="Times New Roman" w:hint="eastAsia"/>
          <w:bCs/>
          <w:color w:val="000000" w:themeColor="text1"/>
          <w:sz w:val="32"/>
          <w:szCs w:val="32"/>
          <w:lang w:eastAsia="zh-TW"/>
        </w:rPr>
        <w:t>被申訴人</w:t>
      </w:r>
      <w:r w:rsidRPr="002B1D8E">
        <w:rPr>
          <w:rFonts w:ascii="標楷體" w:eastAsia="標楷體" w:hAnsi="標楷體" w:cs="Times New Roman"/>
          <w:bCs/>
          <w:color w:val="000000" w:themeColor="text1"/>
          <w:sz w:val="32"/>
          <w:szCs w:val="32"/>
          <w:lang w:eastAsia="zh-TW"/>
        </w:rPr>
        <w:t>:</w:t>
      </w:r>
    </w:p>
    <w:p w14:paraId="0B475BC8" w14:textId="77777777" w:rsidR="003F2DD4" w:rsidRPr="002B1D8E" w:rsidRDefault="003F2DD4" w:rsidP="003F2DD4">
      <w:pPr>
        <w:overflowPunct w:val="0"/>
        <w:spacing w:beforeLines="50" w:before="120" w:afterLines="100" w:after="240" w:line="283" w:lineRule="auto"/>
        <w:ind w:leftChars="257" w:left="565"/>
        <w:rPr>
          <w:rFonts w:ascii="標楷體" w:eastAsia="標楷體" w:hAnsi="標楷體" w:cs="Times New Roman"/>
          <w:bCs/>
          <w:color w:val="000000" w:themeColor="text1"/>
          <w:sz w:val="32"/>
          <w:szCs w:val="32"/>
          <w:lang w:eastAsia="zh-TW"/>
        </w:rPr>
      </w:pPr>
      <w:r w:rsidRPr="002B1D8E">
        <w:rPr>
          <w:rFonts w:ascii="標楷體" w:eastAsia="標楷體" w:hAnsi="標楷體" w:cs="Times New Roman" w:hint="eastAsia"/>
          <w:bCs/>
          <w:color w:val="000000" w:themeColor="text1"/>
          <w:sz w:val="32"/>
          <w:szCs w:val="32"/>
          <w:lang w:eastAsia="zh-TW"/>
        </w:rPr>
        <w:t>事實及經過</w:t>
      </w:r>
      <w:r w:rsidRPr="002B1D8E">
        <w:rPr>
          <w:rFonts w:ascii="標楷體" w:eastAsia="標楷體" w:hAnsi="標楷體" w:cs="Times New Roman"/>
          <w:bCs/>
          <w:color w:val="000000" w:themeColor="text1"/>
          <w:sz w:val="32"/>
          <w:szCs w:val="32"/>
          <w:lang w:eastAsia="zh-TW"/>
        </w:rPr>
        <w:t>:</w:t>
      </w:r>
    </w:p>
    <w:p w14:paraId="4B98B3B7" w14:textId="77777777" w:rsidR="003F2DD4" w:rsidRPr="002B1D8E" w:rsidRDefault="003F2DD4" w:rsidP="003F2DD4">
      <w:pPr>
        <w:overflowPunct w:val="0"/>
        <w:spacing w:beforeLines="50" w:before="120" w:afterLines="100" w:after="240" w:line="283" w:lineRule="auto"/>
        <w:ind w:leftChars="257" w:left="565"/>
        <w:rPr>
          <w:rFonts w:ascii="標楷體" w:eastAsia="標楷體" w:hAnsi="標楷體" w:cs="Times New Roman"/>
          <w:bCs/>
          <w:color w:val="000000" w:themeColor="text1"/>
          <w:sz w:val="32"/>
          <w:szCs w:val="32"/>
          <w:lang w:eastAsia="zh-TW"/>
        </w:rPr>
      </w:pPr>
      <w:r w:rsidRPr="002B1D8E">
        <w:rPr>
          <w:rFonts w:ascii="標楷體" w:eastAsia="標楷體" w:hAnsi="標楷體" w:cs="Times New Roman" w:hint="eastAsia"/>
          <w:bCs/>
          <w:color w:val="000000" w:themeColor="text1"/>
          <w:sz w:val="32"/>
          <w:szCs w:val="32"/>
          <w:lang w:eastAsia="zh-TW"/>
        </w:rPr>
        <w:t>協調合意事項內容</w:t>
      </w:r>
      <w:r w:rsidRPr="002B1D8E">
        <w:rPr>
          <w:rFonts w:ascii="標楷體" w:eastAsia="標楷體" w:hAnsi="標楷體" w:cs="Times New Roman"/>
          <w:bCs/>
          <w:color w:val="000000" w:themeColor="text1"/>
          <w:sz w:val="32"/>
          <w:szCs w:val="32"/>
          <w:lang w:eastAsia="zh-TW"/>
        </w:rPr>
        <w:t>:</w:t>
      </w:r>
    </w:p>
    <w:p w14:paraId="3C3345D4" w14:textId="77777777" w:rsidR="003F2DD4" w:rsidRPr="002B1D8E" w:rsidRDefault="003F2DD4" w:rsidP="003F2DD4">
      <w:pPr>
        <w:overflowPunct w:val="0"/>
        <w:spacing w:beforeLines="50" w:before="120" w:afterLines="100" w:after="240" w:line="283" w:lineRule="auto"/>
        <w:ind w:leftChars="257" w:left="565"/>
        <w:rPr>
          <w:rFonts w:ascii="標楷體" w:eastAsia="標楷體" w:hAnsi="標楷體" w:cs="Times New Roman"/>
          <w:bCs/>
          <w:color w:val="000000" w:themeColor="text1"/>
          <w:sz w:val="32"/>
          <w:szCs w:val="32"/>
          <w:lang w:eastAsia="zh-TW"/>
        </w:rPr>
      </w:pPr>
      <w:r w:rsidRPr="002B1D8E">
        <w:rPr>
          <w:rFonts w:ascii="標楷體" w:eastAsia="標楷體" w:hAnsi="標楷體" w:cs="Times New Roman" w:hint="eastAsia"/>
          <w:bCs/>
          <w:color w:val="000000" w:themeColor="text1"/>
          <w:sz w:val="32"/>
          <w:szCs w:val="32"/>
          <w:lang w:eastAsia="zh-TW"/>
        </w:rPr>
        <w:t>協調人員</w:t>
      </w:r>
      <w:r w:rsidRPr="002B1D8E">
        <w:rPr>
          <w:rFonts w:ascii="標楷體" w:eastAsia="標楷體" w:hAnsi="標楷體" w:cs="Times New Roman"/>
          <w:bCs/>
          <w:color w:val="000000" w:themeColor="text1"/>
          <w:sz w:val="32"/>
          <w:szCs w:val="32"/>
          <w:lang w:eastAsia="zh-TW"/>
        </w:rPr>
        <w:t>:</w:t>
      </w:r>
    </w:p>
    <w:p w14:paraId="160AA165" w14:textId="77777777" w:rsidR="003F2DD4" w:rsidRPr="002B1D8E" w:rsidRDefault="003F2DD4" w:rsidP="003F2DD4">
      <w:pPr>
        <w:overflowPunct w:val="0"/>
        <w:spacing w:beforeLines="50" w:before="120" w:afterLines="100" w:after="240" w:line="283" w:lineRule="auto"/>
        <w:ind w:leftChars="257" w:left="565"/>
        <w:rPr>
          <w:rFonts w:ascii="標楷體" w:eastAsia="標楷體" w:hAnsi="標楷體" w:cs="Times New Roman"/>
          <w:bCs/>
          <w:color w:val="000000" w:themeColor="text1"/>
          <w:sz w:val="32"/>
          <w:szCs w:val="32"/>
          <w:lang w:eastAsia="zh-TW"/>
        </w:rPr>
      </w:pPr>
      <w:r w:rsidRPr="002B1D8E">
        <w:rPr>
          <w:rFonts w:ascii="標楷體" w:eastAsia="標楷體" w:hAnsi="標楷體" w:cs="Times New Roman" w:hint="eastAsia"/>
          <w:bCs/>
          <w:color w:val="000000" w:themeColor="text1"/>
          <w:sz w:val="32"/>
          <w:szCs w:val="32"/>
          <w:lang w:eastAsia="zh-TW"/>
        </w:rPr>
        <w:t>協調地點</w:t>
      </w:r>
      <w:r w:rsidRPr="002B1D8E">
        <w:rPr>
          <w:rFonts w:ascii="標楷體" w:eastAsia="標楷體" w:hAnsi="標楷體" w:cs="Times New Roman"/>
          <w:bCs/>
          <w:color w:val="000000" w:themeColor="text1"/>
          <w:sz w:val="32"/>
          <w:szCs w:val="32"/>
          <w:lang w:eastAsia="zh-TW"/>
        </w:rPr>
        <w:t>:</w:t>
      </w:r>
    </w:p>
    <w:p w14:paraId="30DE6F31" w14:textId="77777777" w:rsidR="003F2DD4" w:rsidRPr="002B1D8E" w:rsidRDefault="003F2DD4" w:rsidP="003F2DD4">
      <w:pPr>
        <w:pStyle w:val="affd"/>
        <w:tabs>
          <w:tab w:val="left" w:pos="8634"/>
        </w:tabs>
        <w:overflowPunct w:val="0"/>
        <w:ind w:left="0" w:firstLine="0"/>
        <w:rPr>
          <w:rFonts w:ascii="標楷體" w:eastAsia="標楷體" w:hAnsi="標楷體"/>
          <w:color w:val="000000" w:themeColor="text1"/>
          <w:szCs w:val="28"/>
          <w:lang w:eastAsia="zh-TW"/>
        </w:rPr>
      </w:pPr>
      <w:r w:rsidRPr="002B1D8E">
        <w:rPr>
          <w:rFonts w:ascii="標楷體" w:eastAsia="標楷體" w:hAnsi="標楷體"/>
          <w:color w:val="000000" w:themeColor="text1"/>
          <w:szCs w:val="28"/>
          <w:lang w:eastAsia="zh-TW"/>
        </w:rPr>
        <w:tab/>
      </w:r>
    </w:p>
    <w:p w14:paraId="605C79EC" w14:textId="77777777" w:rsidR="003F2DD4" w:rsidRPr="002B1D8E" w:rsidRDefault="003F2DD4" w:rsidP="003F2DD4">
      <w:pPr>
        <w:overflowPunct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56BE4BBE" w14:textId="77777777" w:rsidR="003F2DD4" w:rsidRPr="002B1D8E" w:rsidRDefault="003F2DD4" w:rsidP="003F2DD4">
      <w:pPr>
        <w:overflowPunct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5D6C9F46" w14:textId="77777777" w:rsidR="003F2DD4" w:rsidRPr="002B1D8E" w:rsidRDefault="003F2DD4" w:rsidP="003F2DD4">
      <w:pPr>
        <w:overflowPunct w:val="0"/>
        <w:spacing w:line="600" w:lineRule="exact"/>
        <w:ind w:leftChars="152" w:left="334" w:firstLineChars="285" w:firstLine="912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2B1D8E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申訴人</w:t>
      </w:r>
      <w:r w:rsidRPr="002B1D8E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:</w:t>
      </w:r>
      <w:r w:rsidRPr="002B1D8E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 xml:space="preserve"> </w:t>
      </w:r>
      <w:r w:rsidRPr="002B1D8E">
        <w:rPr>
          <w:rFonts w:ascii="標楷體" w:eastAsia="標楷體" w:hAnsi="標楷體"/>
          <w:color w:val="000000" w:themeColor="text1"/>
          <w:sz w:val="32"/>
          <w:szCs w:val="32"/>
          <w:u w:val="single"/>
          <w:lang w:eastAsia="zh-TW"/>
        </w:rPr>
        <w:t xml:space="preserve">                  </w:t>
      </w:r>
      <w:r w:rsidRPr="002B1D8E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(</w:t>
      </w:r>
      <w:r w:rsidRPr="002B1D8E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簽章</w:t>
      </w:r>
      <w:r w:rsidRPr="002B1D8E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)</w:t>
      </w:r>
    </w:p>
    <w:p w14:paraId="2B2725CF" w14:textId="77777777" w:rsidR="003F2DD4" w:rsidRPr="002B1D8E" w:rsidRDefault="003F2DD4" w:rsidP="003F2DD4">
      <w:pPr>
        <w:overflowPunct w:val="0"/>
        <w:spacing w:beforeLines="50" w:before="120" w:line="600" w:lineRule="exact"/>
        <w:ind w:leftChars="152" w:left="334" w:firstLineChars="285" w:firstLine="912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2B1D8E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被申訴人</w:t>
      </w:r>
      <w:r w:rsidRPr="002B1D8E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:</w:t>
      </w:r>
      <w:r w:rsidRPr="002B1D8E">
        <w:rPr>
          <w:rFonts w:ascii="標楷體" w:eastAsia="標楷體" w:hAnsi="標楷體"/>
          <w:color w:val="000000" w:themeColor="text1"/>
          <w:sz w:val="32"/>
          <w:szCs w:val="32"/>
          <w:u w:val="single"/>
          <w:lang w:eastAsia="zh-TW"/>
        </w:rPr>
        <w:t xml:space="preserve">                 </w:t>
      </w:r>
      <w:r w:rsidRPr="002B1D8E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(</w:t>
      </w:r>
      <w:r w:rsidRPr="002B1D8E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簽章</w:t>
      </w:r>
      <w:r w:rsidRPr="002B1D8E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)</w:t>
      </w:r>
    </w:p>
    <w:p w14:paraId="5EC3D136" w14:textId="77777777" w:rsidR="003F2DD4" w:rsidRPr="002B1D8E" w:rsidRDefault="003F2DD4" w:rsidP="003F2DD4">
      <w:pPr>
        <w:overflowPunct w:val="0"/>
        <w:ind w:leftChars="152" w:left="334" w:firstLineChars="285" w:firstLine="913"/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</w:pPr>
    </w:p>
    <w:p w14:paraId="193DE62D" w14:textId="77777777" w:rsidR="003F2DD4" w:rsidRPr="002B1D8E" w:rsidRDefault="003F2DD4" w:rsidP="003F2DD4">
      <w:pPr>
        <w:overflowPunct w:val="0"/>
        <w:ind w:leftChars="152" w:left="334" w:firstLineChars="285" w:firstLine="913"/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</w:pPr>
    </w:p>
    <w:p w14:paraId="76B412DA" w14:textId="77777777" w:rsidR="003F2DD4" w:rsidRPr="002B1D8E" w:rsidRDefault="003F2DD4" w:rsidP="003F2DD4">
      <w:pPr>
        <w:overflowPunct w:val="0"/>
        <w:ind w:leftChars="152" w:left="334" w:firstLineChars="285" w:firstLine="913"/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</w:pPr>
    </w:p>
    <w:p w14:paraId="75443279" w14:textId="77777777" w:rsidR="003F2DD4" w:rsidRDefault="003F2DD4" w:rsidP="003F2DD4">
      <w:pPr>
        <w:overflowPunct w:val="0"/>
        <w:spacing w:line="600" w:lineRule="exact"/>
        <w:jc w:val="right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2B1D8E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日期：____年____月____日</w:t>
      </w:r>
    </w:p>
    <w:p w14:paraId="057F9251" w14:textId="77777777" w:rsidR="003F2DD4" w:rsidRPr="002B1D8E" w:rsidRDefault="003F2DD4" w:rsidP="003F2DD4">
      <w:pPr>
        <w:overflowPunct w:val="0"/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</w:p>
    <w:p w14:paraId="404D96A0" w14:textId="77777777" w:rsidR="003F2DD4" w:rsidRDefault="003F2DD4" w:rsidP="00777DF7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  <w:sectPr w:rsidR="003F2DD4" w:rsidSect="00BF0A58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61317E0" w14:textId="3887A036" w:rsidR="003F2DD4" w:rsidRPr="002B1D8E" w:rsidRDefault="003F2DD4" w:rsidP="003F2DD4">
      <w:pPr>
        <w:pStyle w:val="1"/>
        <w:overflowPunct w:val="0"/>
        <w:spacing w:before="120" w:after="240"/>
        <w:jc w:val="center"/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</w:pPr>
      <w:bookmarkStart w:id="2" w:name="_Toc232363416"/>
      <w:bookmarkStart w:id="3" w:name="_Toc233046411"/>
      <w:r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lastRenderedPageBreak/>
        <w:t>國立體育大學</w:t>
      </w:r>
      <w:r w:rsidRPr="002B1D8E"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t>職場霸凌事件</w:t>
      </w:r>
      <w:r w:rsidRPr="002B1D8E"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  <w:t>受訪人員</w:t>
      </w:r>
      <w:r w:rsidRPr="002B1D8E"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t>切結暨</w:t>
      </w:r>
      <w:r w:rsidRPr="002B1D8E"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  <w:t>錄音或錄影同意書</w:t>
      </w:r>
      <w:bookmarkEnd w:id="2"/>
      <w:bookmarkEnd w:id="3"/>
    </w:p>
    <w:p w14:paraId="6587D4E6" w14:textId="77777777" w:rsidR="003F2DD4" w:rsidRPr="002B1D8E" w:rsidRDefault="003F2DD4" w:rsidP="003F2DD4">
      <w:pPr>
        <w:overflowPunct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26FF644E" w14:textId="77777777" w:rsidR="003F2DD4" w:rsidRPr="002B1D8E" w:rsidRDefault="003F2DD4" w:rsidP="003F2DD4">
      <w:pPr>
        <w:overflowPunct w:val="0"/>
        <w:spacing w:line="600" w:lineRule="exact"/>
        <w:ind w:leftChars="257" w:left="565" w:firstLineChars="188" w:firstLine="526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本人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______________</w:t>
      </w: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於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____</w:t>
      </w: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年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____</w:t>
      </w: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月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____</w:t>
      </w: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日同意接受職場霸凌事件之調查訪談。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本人並</w:t>
      </w: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已知悉本次訪談目的、保密義務、錄音或錄影用途、資料保存方式及不得自行錄音或錄影之規定。</w:t>
      </w:r>
    </w:p>
    <w:p w14:paraId="2EB7DBA1" w14:textId="77777777" w:rsidR="003F2DD4" w:rsidRPr="002B1D8E" w:rsidRDefault="003F2DD4" w:rsidP="003F2DD4">
      <w:pPr>
        <w:overflowPunct w:val="0"/>
        <w:spacing w:after="80"/>
        <w:ind w:firstLine="397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5E717A6A" w14:textId="77777777" w:rsidR="003F2DD4" w:rsidRPr="002B1D8E" w:rsidRDefault="003F2DD4" w:rsidP="003F2DD4">
      <w:pPr>
        <w:overflowPunct w:val="0"/>
        <w:spacing w:after="80"/>
        <w:ind w:firstLine="397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427226EC" w14:textId="77777777" w:rsidR="003F2DD4" w:rsidRPr="002B1D8E" w:rsidRDefault="003F2DD4" w:rsidP="003F2DD4">
      <w:pPr>
        <w:overflowPunct w:val="0"/>
        <w:spacing w:after="80"/>
        <w:ind w:firstLine="397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304C1396" w14:textId="77777777" w:rsidR="003F2DD4" w:rsidRPr="002B1D8E" w:rsidRDefault="003F2DD4" w:rsidP="003F2DD4">
      <w:pPr>
        <w:overflowPunct w:val="0"/>
        <w:spacing w:after="80"/>
        <w:ind w:firstLine="397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719831E3" w14:textId="77777777" w:rsidR="003F2DD4" w:rsidRPr="002B1D8E" w:rsidRDefault="003F2DD4" w:rsidP="003F2DD4">
      <w:pPr>
        <w:overflowPunct w:val="0"/>
        <w:spacing w:after="80"/>
        <w:ind w:firstLine="397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76BECDD8" w14:textId="77777777" w:rsidR="003F2DD4" w:rsidRDefault="003F2DD4" w:rsidP="003F2DD4">
      <w:pPr>
        <w:overflowPunct w:val="0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受訪者</w:t>
      </w:r>
      <w:r w:rsidRPr="002B1D8E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>：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________________(簽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章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)</w:t>
      </w:r>
      <w:r w:rsidRPr="002B1D8E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 xml:space="preserve">       日期：____年____月____日</w:t>
      </w:r>
    </w:p>
    <w:p w14:paraId="3BFAB73B" w14:textId="77777777" w:rsidR="003F2DD4" w:rsidRPr="002B1D8E" w:rsidRDefault="003F2DD4" w:rsidP="003F2DD4">
      <w:pPr>
        <w:overflowPunct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5E1F25C1" w14:textId="77777777" w:rsidR="003F2DD4" w:rsidRDefault="003F2DD4" w:rsidP="00777DF7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  <w:sectPr w:rsidR="003F2DD4" w:rsidSect="00BF0A58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6BF83693" w14:textId="5645D561" w:rsidR="003F2DD4" w:rsidRDefault="003F2DD4" w:rsidP="003F2DD4">
      <w:pPr>
        <w:pStyle w:val="1"/>
        <w:overflowPunct w:val="0"/>
        <w:spacing w:before="120" w:after="240"/>
        <w:jc w:val="center"/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</w:pPr>
      <w:bookmarkStart w:id="4" w:name="_Toc232363417"/>
      <w:bookmarkStart w:id="5" w:name="_Toc233046412"/>
      <w:r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lastRenderedPageBreak/>
        <w:t>國立體育大學</w:t>
      </w:r>
      <w:r w:rsidRPr="002B1D8E"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t>職場霸凌事件相關人員</w:t>
      </w:r>
      <w:r w:rsidRPr="002B1D8E"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  <w:t>利益迴避</w:t>
      </w:r>
      <w:r w:rsidRPr="002B1D8E"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t>暨</w:t>
      </w:r>
      <w:r w:rsidRPr="002B1D8E"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  <w:t>保密協定</w:t>
      </w:r>
      <w:r w:rsidRPr="002B1D8E"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t>切結書</w:t>
      </w:r>
      <w:bookmarkEnd w:id="4"/>
      <w:bookmarkEnd w:id="5"/>
    </w:p>
    <w:p w14:paraId="2C52A0F6" w14:textId="77777777" w:rsidR="003F2DD4" w:rsidRPr="003F2DD4" w:rsidRDefault="003F2DD4" w:rsidP="003F2DD4">
      <w:pPr>
        <w:pStyle w:val="1"/>
        <w:overflowPunct w:val="0"/>
        <w:spacing w:before="120" w:after="240"/>
        <w:rPr>
          <w:rFonts w:ascii="標楷體" w:eastAsia="標楷體" w:hAnsi="標楷體"/>
          <w:color w:val="000000" w:themeColor="text1"/>
          <w:lang w:eastAsia="zh-TW"/>
        </w:rPr>
      </w:pPr>
    </w:p>
    <w:p w14:paraId="78F5C512" w14:textId="77777777" w:rsidR="003F2DD4" w:rsidRPr="002B1D8E" w:rsidRDefault="003F2DD4" w:rsidP="003F2DD4">
      <w:pPr>
        <w:overflowPunct w:val="0"/>
        <w:spacing w:line="500" w:lineRule="exact"/>
        <w:ind w:leftChars="257" w:left="565" w:firstLineChars="97" w:firstLine="272"/>
        <w:jc w:val="both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 xml:space="preserve">  本人___________參加________職場霸凌事件之調查，茲保證遵守職場霸凌防治措施準則第15條利益迴避規定</w:t>
      </w: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，</w:t>
      </w:r>
      <w:r w:rsidRPr="002B1D8E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>並就申訴人、被申訴人、協助調查人員之姓名及其他足以辨識身分之資料，負有保密義務。如有違反前開迴避或保密義務，願依事業單位內部規範、契約約定及相關法令負相應責任；如涉及個人資料保護法、刑法或其他法律責任者，依法辦理。特此切結。</w:t>
      </w:r>
    </w:p>
    <w:p w14:paraId="07963D3A" w14:textId="77777777" w:rsidR="003F2DD4" w:rsidRPr="002B1D8E" w:rsidRDefault="003F2DD4" w:rsidP="003F2DD4">
      <w:pPr>
        <w:overflowPunct w:val="0"/>
        <w:ind w:firstLineChars="300" w:firstLine="840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</w:p>
    <w:p w14:paraId="29B78CF3" w14:textId="77777777" w:rsidR="003F2DD4" w:rsidRPr="002B1D8E" w:rsidRDefault="003F2DD4" w:rsidP="003F2DD4">
      <w:pPr>
        <w:overflowPunct w:val="0"/>
        <w:ind w:firstLineChars="300" w:firstLine="840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</w:p>
    <w:p w14:paraId="01A70692" w14:textId="77777777" w:rsidR="003F2DD4" w:rsidRPr="002B1D8E" w:rsidRDefault="003F2DD4" w:rsidP="003F2DD4">
      <w:pPr>
        <w:overflowPunct w:val="0"/>
        <w:ind w:firstLineChars="300" w:firstLine="840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</w:p>
    <w:p w14:paraId="7FB3BCAB" w14:textId="77777777" w:rsidR="003F2DD4" w:rsidRPr="002B1D8E" w:rsidRDefault="003F2DD4" w:rsidP="003F2DD4">
      <w:pPr>
        <w:overflowPunct w:val="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bookmarkStart w:id="6" w:name="_Hlk232355875"/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具結人</w:t>
      </w:r>
      <w:r w:rsidRPr="002B1D8E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>：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________________(簽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章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)</w:t>
      </w:r>
      <w:r w:rsidRPr="002B1D8E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 xml:space="preserve">         日期：____年____月____日</w:t>
      </w:r>
    </w:p>
    <w:bookmarkEnd w:id="6"/>
    <w:p w14:paraId="7DBB5BCD" w14:textId="77777777" w:rsidR="00AC53BF" w:rsidRDefault="00AC53BF" w:rsidP="00777DF7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</w:pPr>
    </w:p>
    <w:p w14:paraId="77D4F84B" w14:textId="77777777" w:rsidR="003F2DD4" w:rsidRDefault="003F2DD4" w:rsidP="00777DF7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  <w:sectPr w:rsidR="003F2DD4" w:rsidSect="00BF0A58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D2170C2" w14:textId="3A222887" w:rsidR="003F2DD4" w:rsidRPr="002B1D8E" w:rsidRDefault="003F2DD4" w:rsidP="003F2DD4">
      <w:pPr>
        <w:pStyle w:val="1"/>
        <w:overflowPunct w:val="0"/>
        <w:spacing w:before="120" w:after="240"/>
        <w:jc w:val="center"/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</w:pPr>
      <w:bookmarkStart w:id="7" w:name="_Toc232363418"/>
      <w:bookmarkStart w:id="8" w:name="_Toc233046413"/>
      <w:r w:rsidRPr="0054611F"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lastRenderedPageBreak/>
        <w:t>國立</w:t>
      </w:r>
      <w:r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t>體育</w:t>
      </w:r>
      <w:r w:rsidRPr="0054611F"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t>大學職場霸凌事件</w:t>
      </w:r>
      <w:r w:rsidRPr="002B1D8E"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  <w:t>調查訪談紀錄</w:t>
      </w:r>
      <w:bookmarkEnd w:id="7"/>
      <w:bookmarkEnd w:id="8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827"/>
        <w:gridCol w:w="2938"/>
        <w:gridCol w:w="2005"/>
        <w:gridCol w:w="2246"/>
      </w:tblGrid>
      <w:tr w:rsidR="003F2DD4" w:rsidRPr="001C6843" w14:paraId="3C618E95" w14:textId="77777777" w:rsidTr="00630CEA">
        <w:trPr>
          <w:jc w:val="center"/>
        </w:trPr>
        <w:tc>
          <w:tcPr>
            <w:tcW w:w="2122" w:type="dxa"/>
            <w:vAlign w:val="center"/>
          </w:tcPr>
          <w:p w14:paraId="56EF8024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</w:rPr>
              <w:t>案號</w:t>
            </w:r>
            <w:proofErr w:type="spellEnd"/>
            <w:r w:rsidRPr="002B1D8E">
              <w:rPr>
                <w:rFonts w:ascii="標楷體" w:eastAsia="標楷體" w:hAnsi="標楷體" w:cs="新細明體"/>
                <w:b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2B1D8E">
              <w:rPr>
                <w:rFonts w:ascii="標楷體" w:eastAsia="標楷體" w:hAnsi="標楷體" w:cs="新細明體"/>
                <w:b/>
                <w:color w:val="000000" w:themeColor="text1"/>
                <w:sz w:val="28"/>
                <w:szCs w:val="28"/>
              </w:rPr>
              <w:t>案由</w:t>
            </w:r>
            <w:proofErr w:type="spellEnd"/>
          </w:p>
        </w:tc>
        <w:tc>
          <w:tcPr>
            <w:tcW w:w="8079" w:type="dxa"/>
            <w:gridSpan w:val="3"/>
            <w:vAlign w:val="center"/>
          </w:tcPr>
          <w:p w14:paraId="3D13D1BA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2DD4" w:rsidRPr="001C6843" w14:paraId="2557E762" w14:textId="77777777" w:rsidTr="00630CEA">
        <w:trPr>
          <w:jc w:val="center"/>
        </w:trPr>
        <w:tc>
          <w:tcPr>
            <w:tcW w:w="2122" w:type="dxa"/>
            <w:vAlign w:val="center"/>
          </w:tcPr>
          <w:p w14:paraId="05A7C4F2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訪談時間</w:t>
            </w:r>
            <w:proofErr w:type="spellEnd"/>
          </w:p>
        </w:tc>
        <w:tc>
          <w:tcPr>
            <w:tcW w:w="3293" w:type="dxa"/>
            <w:vAlign w:val="center"/>
          </w:tcPr>
          <w:p w14:paraId="103B3116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____年____月____日____時____</w:t>
            </w:r>
            <w:proofErr w:type="spell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分至</w:t>
            </w:r>
            <w:proofErr w:type="spellEnd"/>
          </w:p>
          <w:p w14:paraId="49D6E32C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</w:t>
            </w:r>
            <w:proofErr w:type="spell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時____分</w:t>
            </w:r>
            <w:proofErr w:type="spellEnd"/>
          </w:p>
        </w:tc>
        <w:tc>
          <w:tcPr>
            <w:tcW w:w="2339" w:type="dxa"/>
            <w:vAlign w:val="center"/>
          </w:tcPr>
          <w:p w14:paraId="53D5E214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訪談地點</w:t>
            </w:r>
            <w:proofErr w:type="spellEnd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方式</w:t>
            </w:r>
            <w:proofErr w:type="spellEnd"/>
          </w:p>
        </w:tc>
        <w:tc>
          <w:tcPr>
            <w:tcW w:w="2447" w:type="dxa"/>
            <w:vAlign w:val="center"/>
          </w:tcPr>
          <w:p w14:paraId="4F4F03F7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2DD4" w:rsidRPr="001C6843" w14:paraId="11B94F45" w14:textId="77777777" w:rsidTr="00630CEA">
        <w:trPr>
          <w:jc w:val="center"/>
        </w:trPr>
        <w:tc>
          <w:tcPr>
            <w:tcW w:w="2122" w:type="dxa"/>
            <w:vAlign w:val="center"/>
          </w:tcPr>
          <w:p w14:paraId="38546D79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訪談人</w:t>
            </w:r>
            <w:proofErr w:type="spellEnd"/>
          </w:p>
        </w:tc>
        <w:tc>
          <w:tcPr>
            <w:tcW w:w="3293" w:type="dxa"/>
            <w:vAlign w:val="center"/>
          </w:tcPr>
          <w:p w14:paraId="19F890C1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6FD5EEC3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39" w:type="dxa"/>
            <w:vAlign w:val="center"/>
          </w:tcPr>
          <w:p w14:paraId="7D35A6F2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紀錄人</w:t>
            </w:r>
            <w:proofErr w:type="spellEnd"/>
          </w:p>
        </w:tc>
        <w:tc>
          <w:tcPr>
            <w:tcW w:w="2447" w:type="dxa"/>
            <w:vAlign w:val="center"/>
          </w:tcPr>
          <w:p w14:paraId="0E5298B7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2DD4" w:rsidRPr="001C6843" w14:paraId="22F50E51" w14:textId="77777777" w:rsidTr="00630CEA">
        <w:trPr>
          <w:jc w:val="center"/>
        </w:trPr>
        <w:tc>
          <w:tcPr>
            <w:tcW w:w="2122" w:type="dxa"/>
            <w:vAlign w:val="center"/>
          </w:tcPr>
          <w:p w14:paraId="0D22B2AE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受訪人</w:t>
            </w:r>
            <w:proofErr w:type="spellEnd"/>
          </w:p>
        </w:tc>
        <w:tc>
          <w:tcPr>
            <w:tcW w:w="3293" w:type="dxa"/>
            <w:vAlign w:val="center"/>
          </w:tcPr>
          <w:p w14:paraId="072D81ED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39" w:type="dxa"/>
            <w:vAlign w:val="center"/>
          </w:tcPr>
          <w:p w14:paraId="77DE03DC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受訪人身分</w:t>
            </w:r>
            <w:proofErr w:type="spellEnd"/>
          </w:p>
        </w:tc>
        <w:tc>
          <w:tcPr>
            <w:tcW w:w="2447" w:type="dxa"/>
            <w:vAlign w:val="center"/>
          </w:tcPr>
          <w:p w14:paraId="1B4719EB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□申訴人 □證人</w:t>
            </w:r>
          </w:p>
          <w:p w14:paraId="11B9FDC1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□被申訴人 </w:t>
            </w:r>
          </w:p>
          <w:p w14:paraId="27487D20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proofErr w:type="spell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其他</w:t>
            </w:r>
            <w:proofErr w:type="spellEnd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：_____</w:t>
            </w:r>
          </w:p>
        </w:tc>
      </w:tr>
      <w:tr w:rsidR="003F2DD4" w:rsidRPr="001C6843" w14:paraId="2BF4F72D" w14:textId="77777777" w:rsidTr="00630CEA">
        <w:trPr>
          <w:jc w:val="center"/>
        </w:trPr>
        <w:tc>
          <w:tcPr>
            <w:tcW w:w="2122" w:type="dxa"/>
            <w:vAlign w:val="center"/>
          </w:tcPr>
          <w:p w14:paraId="2E32FD2A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錄音或錄影</w:t>
            </w:r>
            <w:proofErr w:type="spellEnd"/>
          </w:p>
        </w:tc>
        <w:tc>
          <w:tcPr>
            <w:tcW w:w="3293" w:type="dxa"/>
            <w:vAlign w:val="center"/>
          </w:tcPr>
          <w:p w14:paraId="7526EF86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□錄音　□錄影　□未使用，理由：________</w:t>
            </w:r>
          </w:p>
        </w:tc>
        <w:tc>
          <w:tcPr>
            <w:tcW w:w="2339" w:type="dxa"/>
            <w:vAlign w:val="center"/>
          </w:tcPr>
          <w:p w14:paraId="71BFDB84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  <w:lang w:eastAsia="zh-TW"/>
              </w:rPr>
              <w:t>受訪人</w:t>
            </w: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lang w:eastAsia="zh-TW"/>
              </w:rPr>
              <w:t>是否簽署</w:t>
            </w:r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  <w:lang w:eastAsia="zh-TW"/>
              </w:rPr>
              <w:t>切結書</w:t>
            </w:r>
          </w:p>
        </w:tc>
        <w:tc>
          <w:tcPr>
            <w:tcW w:w="2447" w:type="dxa"/>
            <w:vAlign w:val="center"/>
          </w:tcPr>
          <w:p w14:paraId="68555043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□是　□</w:t>
            </w:r>
            <w:proofErr w:type="spell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否，理由</w:t>
            </w:r>
            <w:proofErr w:type="spellEnd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：________</w:t>
            </w:r>
          </w:p>
        </w:tc>
      </w:tr>
    </w:tbl>
    <w:p w14:paraId="6FBB5535" w14:textId="77777777" w:rsidR="003F2DD4" w:rsidRPr="002B1D8E" w:rsidRDefault="003F2DD4" w:rsidP="003F2DD4">
      <w:pPr>
        <w:overflowPunct w:val="0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330"/>
        <w:gridCol w:w="5686"/>
      </w:tblGrid>
      <w:tr w:rsidR="003F2DD4" w:rsidRPr="001C6843" w14:paraId="0772B0E3" w14:textId="77777777" w:rsidTr="00630CEA">
        <w:trPr>
          <w:jc w:val="center"/>
        </w:trPr>
        <w:tc>
          <w:tcPr>
            <w:tcW w:w="3685" w:type="dxa"/>
            <w:vAlign w:val="center"/>
          </w:tcPr>
          <w:p w14:paraId="00C0C69F" w14:textId="77777777" w:rsidR="003F2DD4" w:rsidRPr="002B1D8E" w:rsidRDefault="003F2DD4" w:rsidP="00630CEA">
            <w:pPr>
              <w:overflowPunct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問題</w:t>
            </w:r>
            <w:proofErr w:type="spellEnd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(</w:t>
            </w:r>
            <w:proofErr w:type="spellStart"/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</w:rPr>
              <w:t>例示</w:t>
            </w:r>
            <w:proofErr w:type="spellEnd"/>
            <w:r w:rsidRPr="002B1D8E">
              <w:rPr>
                <w:rFonts w:ascii="標楷體" w:eastAsia="標楷體" w:hAnsi="標楷體" w:cs="新細明體"/>
                <w:b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406" w:type="dxa"/>
            <w:vAlign w:val="center"/>
          </w:tcPr>
          <w:p w14:paraId="7E9078AE" w14:textId="77777777" w:rsidR="003F2DD4" w:rsidRPr="002B1D8E" w:rsidRDefault="003F2DD4" w:rsidP="00630CEA">
            <w:pPr>
              <w:overflowPunct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回答紀錄</w:t>
            </w:r>
            <w:proofErr w:type="spellEnd"/>
          </w:p>
        </w:tc>
      </w:tr>
      <w:tr w:rsidR="003F2DD4" w:rsidRPr="001C6843" w14:paraId="18D1F6A3" w14:textId="77777777" w:rsidTr="00630CEA">
        <w:trPr>
          <w:jc w:val="center"/>
        </w:trPr>
        <w:tc>
          <w:tcPr>
            <w:tcW w:w="3685" w:type="dxa"/>
            <w:vAlign w:val="center"/>
          </w:tcPr>
          <w:p w14:paraId="55F8B547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問題1：請說明您所知悉之事件經過。</w:t>
            </w:r>
          </w:p>
        </w:tc>
        <w:tc>
          <w:tcPr>
            <w:tcW w:w="6406" w:type="dxa"/>
            <w:vAlign w:val="center"/>
          </w:tcPr>
          <w:p w14:paraId="414F4334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3F2DD4" w:rsidRPr="001C6843" w14:paraId="3DCCF077" w14:textId="77777777" w:rsidTr="00630CEA">
        <w:trPr>
          <w:jc w:val="center"/>
        </w:trPr>
        <w:tc>
          <w:tcPr>
            <w:tcW w:w="3685" w:type="dxa"/>
            <w:vAlign w:val="center"/>
          </w:tcPr>
          <w:p w14:paraId="49EF8F66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問題2：事件發生之時間、地點、在場人員及具體言行為何？</w:t>
            </w:r>
          </w:p>
        </w:tc>
        <w:tc>
          <w:tcPr>
            <w:tcW w:w="6406" w:type="dxa"/>
            <w:vAlign w:val="center"/>
          </w:tcPr>
          <w:p w14:paraId="065D2123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3F2DD4" w:rsidRPr="001C6843" w14:paraId="4F808327" w14:textId="77777777" w:rsidTr="00630CEA">
        <w:trPr>
          <w:jc w:val="center"/>
        </w:trPr>
        <w:tc>
          <w:tcPr>
            <w:tcW w:w="3685" w:type="dxa"/>
            <w:vAlign w:val="center"/>
          </w:tcPr>
          <w:p w14:paraId="7A31DA45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問題3：是否有相關證據、文件或其他可協助調查之人？</w:t>
            </w:r>
          </w:p>
        </w:tc>
        <w:tc>
          <w:tcPr>
            <w:tcW w:w="6406" w:type="dxa"/>
            <w:vAlign w:val="center"/>
          </w:tcPr>
          <w:p w14:paraId="658F8F7C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3F2DD4" w:rsidRPr="001C6843" w14:paraId="3A9C9710" w14:textId="77777777" w:rsidTr="00630CEA">
        <w:trPr>
          <w:jc w:val="center"/>
        </w:trPr>
        <w:tc>
          <w:tcPr>
            <w:tcW w:w="3685" w:type="dxa"/>
            <w:vAlign w:val="center"/>
          </w:tcPr>
          <w:p w14:paraId="103459B8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問題4：就業務必要性、工作規則或</w:t>
            </w:r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  <w:lang w:eastAsia="zh-TW"/>
              </w:rPr>
              <w:t>標準作業程序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，您有何說明？</w:t>
            </w:r>
          </w:p>
        </w:tc>
        <w:tc>
          <w:tcPr>
            <w:tcW w:w="6406" w:type="dxa"/>
            <w:vAlign w:val="center"/>
          </w:tcPr>
          <w:p w14:paraId="4362A68F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3F2DD4" w:rsidRPr="001C6843" w14:paraId="75D14BFD" w14:textId="77777777" w:rsidTr="00630CEA">
        <w:trPr>
          <w:jc w:val="center"/>
        </w:trPr>
        <w:tc>
          <w:tcPr>
            <w:tcW w:w="3685" w:type="dxa"/>
            <w:vAlign w:val="center"/>
          </w:tcPr>
          <w:p w14:paraId="245C15DC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問題5：此事件對工作或身心有何影響？是否需要協助？</w:t>
            </w:r>
          </w:p>
        </w:tc>
        <w:tc>
          <w:tcPr>
            <w:tcW w:w="6406" w:type="dxa"/>
            <w:vAlign w:val="center"/>
          </w:tcPr>
          <w:p w14:paraId="7BBF529D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3F2DD4" w:rsidRPr="001C6843" w14:paraId="036DD570" w14:textId="77777777" w:rsidTr="00630CEA">
        <w:trPr>
          <w:jc w:val="center"/>
        </w:trPr>
        <w:tc>
          <w:tcPr>
            <w:tcW w:w="3685" w:type="dxa"/>
            <w:vAlign w:val="center"/>
          </w:tcPr>
          <w:p w14:paraId="795D2BF5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補充問題</w:t>
            </w:r>
            <w:proofErr w:type="spellEnd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其他陳述</w:t>
            </w:r>
            <w:proofErr w:type="spellEnd"/>
          </w:p>
        </w:tc>
        <w:tc>
          <w:tcPr>
            <w:tcW w:w="6406" w:type="dxa"/>
            <w:vAlign w:val="center"/>
          </w:tcPr>
          <w:p w14:paraId="066C4A5F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27A1E2A3" w14:textId="77777777" w:rsidR="003F2DD4" w:rsidRPr="002B1D8E" w:rsidRDefault="003F2DD4" w:rsidP="003F2DD4">
      <w:pPr>
        <w:overflowPunct w:val="0"/>
        <w:spacing w:after="80"/>
        <w:ind w:leftChars="129" w:left="1132" w:hangingChars="303" w:hanging="848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附註：以上內容經訪談人及受訪人確認無誤，並同意供本案調查、申復及必要之法定程序使用。</w:t>
      </w:r>
    </w:p>
    <w:p w14:paraId="08803C7E" w14:textId="77777777" w:rsidR="003F2DD4" w:rsidRPr="002B1D8E" w:rsidRDefault="003F2DD4" w:rsidP="003F2DD4">
      <w:pPr>
        <w:overflowPunct w:val="0"/>
        <w:spacing w:afterLines="50" w:after="120"/>
        <w:ind w:firstLineChars="101" w:firstLine="283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受訪人：________________(簽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章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)　</w:t>
      </w:r>
    </w:p>
    <w:p w14:paraId="3A9D66DF" w14:textId="77777777" w:rsidR="003F2DD4" w:rsidRPr="002B1D8E" w:rsidRDefault="003F2DD4" w:rsidP="003F2DD4">
      <w:pPr>
        <w:overflowPunct w:val="0"/>
        <w:spacing w:afterLines="50" w:after="12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lastRenderedPageBreak/>
        <w:t>訪談人：________________(簽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章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) </w:t>
      </w:r>
    </w:p>
    <w:p w14:paraId="1BDC91E0" w14:textId="43803C39" w:rsidR="003F2DD4" w:rsidRDefault="003F2DD4" w:rsidP="003F2DD4">
      <w:pPr>
        <w:spacing w:after="0" w:line="240" w:lineRule="auto"/>
        <w:jc w:val="both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紀錄人：________________(簽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章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)</w:t>
      </w:r>
    </w:p>
    <w:p w14:paraId="2F57565C" w14:textId="77777777" w:rsidR="003F2DD4" w:rsidRDefault="003F2DD4" w:rsidP="003F2DD4">
      <w:pPr>
        <w:spacing w:after="0" w:line="240" w:lineRule="auto"/>
        <w:jc w:val="both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31D70227" w14:textId="77777777" w:rsidR="003F2DD4" w:rsidRDefault="003F2DD4" w:rsidP="003F2DD4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  <w:sectPr w:rsidR="003F2DD4" w:rsidSect="00BF0A58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3F32359" w14:textId="710B403A" w:rsidR="003F2DD4" w:rsidRPr="002B1D8E" w:rsidRDefault="003F2DD4" w:rsidP="003F2DD4">
      <w:pPr>
        <w:pStyle w:val="1"/>
        <w:overflowPunct w:val="0"/>
        <w:spacing w:before="120" w:after="240"/>
        <w:jc w:val="center"/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</w:pPr>
      <w:bookmarkStart w:id="9" w:name="_Toc232363419"/>
      <w:bookmarkStart w:id="10" w:name="_Toc233046414"/>
      <w:r w:rsidRPr="0054611F"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lastRenderedPageBreak/>
        <w:t>國立</w:t>
      </w:r>
      <w:r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t>體育</w:t>
      </w:r>
      <w:r w:rsidRPr="0054611F"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t>大學職場霸凌事件</w:t>
      </w:r>
      <w:r w:rsidRPr="002B1D8E"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t>調查報告書內容</w:t>
      </w:r>
      <w:bookmarkEnd w:id="9"/>
      <w:bookmarkEnd w:id="10"/>
    </w:p>
    <w:p w14:paraId="2907F31F" w14:textId="77777777" w:rsidR="003F2DD4" w:rsidRPr="002B1D8E" w:rsidRDefault="003F2DD4" w:rsidP="003F2DD4">
      <w:pPr>
        <w:pStyle w:val="ae"/>
        <w:numPr>
          <w:ilvl w:val="0"/>
          <w:numId w:val="10"/>
        </w:numPr>
        <w:suppressAutoHyphens/>
        <w:overflowPunct w:val="0"/>
        <w:spacing w:after="120" w:line="30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spellStart"/>
      <w:r w:rsidRPr="002B1D8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申訴事件基本資料</w:t>
      </w:r>
      <w:proofErr w:type="spellEnd"/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:</w:t>
      </w:r>
    </w:p>
    <w:p w14:paraId="3106C13B" w14:textId="77777777" w:rsidR="003F2DD4" w:rsidRPr="002B1D8E" w:rsidRDefault="003F2DD4" w:rsidP="003F2DD4">
      <w:pPr>
        <w:pStyle w:val="ae"/>
        <w:suppressAutoHyphens/>
        <w:overflowPunct w:val="0"/>
        <w:spacing w:after="120" w:line="300" w:lineRule="auto"/>
        <w:ind w:left="128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proofErr w:type="spellStart"/>
      <w:r w:rsidRPr="002B1D8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案號</w:t>
      </w:r>
      <w:proofErr w:type="spellEnd"/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/</w:t>
      </w:r>
      <w:proofErr w:type="spellStart"/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案由</w:t>
      </w:r>
      <w:proofErr w:type="spellEnd"/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:</w:t>
      </w:r>
    </w:p>
    <w:p w14:paraId="6B2FCD85" w14:textId="77777777" w:rsidR="003F2DD4" w:rsidRPr="002B1D8E" w:rsidRDefault="003F2DD4" w:rsidP="003F2DD4">
      <w:pPr>
        <w:pStyle w:val="ae"/>
        <w:suppressAutoHyphens/>
        <w:overflowPunct w:val="0"/>
        <w:spacing w:after="120" w:line="300" w:lineRule="auto"/>
        <w:ind w:left="128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proofErr w:type="spellStart"/>
      <w:r w:rsidRPr="002B1D8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受理申訴日期</w:t>
      </w:r>
      <w:proofErr w:type="spellEnd"/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:</w:t>
      </w:r>
    </w:p>
    <w:p w14:paraId="23EC6666" w14:textId="77777777" w:rsidR="003F2DD4" w:rsidRPr="002B1D8E" w:rsidRDefault="003F2DD4" w:rsidP="003F2DD4">
      <w:pPr>
        <w:pStyle w:val="ae"/>
        <w:suppressAutoHyphens/>
        <w:overflowPunct w:val="0"/>
        <w:spacing w:after="120" w:line="300" w:lineRule="auto"/>
        <w:ind w:left="128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proofErr w:type="spellStart"/>
      <w:r w:rsidRPr="002B1D8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申訴人</w:t>
      </w:r>
      <w:proofErr w:type="spellEnd"/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:</w:t>
      </w:r>
    </w:p>
    <w:p w14:paraId="3F210CEE" w14:textId="77777777" w:rsidR="003F2DD4" w:rsidRPr="002B1D8E" w:rsidRDefault="003F2DD4" w:rsidP="003F2DD4">
      <w:pPr>
        <w:pStyle w:val="ae"/>
        <w:suppressAutoHyphens/>
        <w:overflowPunct w:val="0"/>
        <w:spacing w:after="120" w:line="300" w:lineRule="auto"/>
        <w:ind w:left="1280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spellStart"/>
      <w:r w:rsidRPr="002B1D8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被申訴人</w:t>
      </w:r>
      <w:proofErr w:type="spellEnd"/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:</w:t>
      </w:r>
    </w:p>
    <w:p w14:paraId="71F9D0F0" w14:textId="77777777" w:rsidR="003F2DD4" w:rsidRPr="002B1D8E" w:rsidRDefault="003F2DD4" w:rsidP="003F2DD4">
      <w:pPr>
        <w:pStyle w:val="ae"/>
        <w:numPr>
          <w:ilvl w:val="0"/>
          <w:numId w:val="10"/>
        </w:numPr>
        <w:suppressAutoHyphens/>
        <w:overflowPunct w:val="0"/>
        <w:spacing w:after="120" w:line="30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spellStart"/>
      <w:r w:rsidRPr="002B1D8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申訴事件要旨</w:t>
      </w:r>
      <w:proofErr w:type="spellEnd"/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：</w:t>
      </w:r>
    </w:p>
    <w:p w14:paraId="17D17629" w14:textId="77777777" w:rsidR="003F2DD4" w:rsidRPr="002B1D8E" w:rsidRDefault="003F2DD4" w:rsidP="003F2DD4">
      <w:pPr>
        <w:pStyle w:val="ae"/>
        <w:numPr>
          <w:ilvl w:val="0"/>
          <w:numId w:val="10"/>
        </w:numPr>
        <w:suppressAutoHyphens/>
        <w:overflowPunct w:val="0"/>
        <w:spacing w:after="120" w:line="300" w:lineRule="auto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lang w:eastAsia="zh-TW"/>
        </w:rPr>
        <w:t>調查訪談過程</w:t>
      </w:r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zh-TW"/>
        </w:rPr>
        <w:t>：</w:t>
      </w:r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zh-TW"/>
        </w:rPr>
        <w:br/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調查期間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:</w:t>
      </w:r>
    </w:p>
    <w:p w14:paraId="59AEB6D2" w14:textId="77777777" w:rsidR="003F2DD4" w:rsidRPr="002B1D8E" w:rsidRDefault="003F2DD4" w:rsidP="003F2DD4">
      <w:pPr>
        <w:pStyle w:val="ae"/>
        <w:suppressAutoHyphens/>
        <w:overflowPunct w:val="0"/>
        <w:spacing w:after="120" w:line="300" w:lineRule="auto"/>
        <w:ind w:left="1280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spellStart"/>
      <w:r w:rsidRPr="002B1D8E">
        <w:rPr>
          <w:rFonts w:ascii="標楷體" w:eastAsia="標楷體" w:hAnsi="標楷體" w:hint="eastAsia"/>
          <w:color w:val="000000" w:themeColor="text1"/>
          <w:sz w:val="28"/>
          <w:szCs w:val="28"/>
        </w:rPr>
        <w:t>訪談對象及日期</w:t>
      </w:r>
      <w:proofErr w:type="spellEnd"/>
      <w:r w:rsidRPr="002B1D8E">
        <w:rPr>
          <w:rFonts w:ascii="標楷體" w:eastAsia="標楷體" w:hAnsi="標楷體"/>
          <w:color w:val="000000" w:themeColor="text1"/>
          <w:sz w:val="28"/>
          <w:szCs w:val="28"/>
        </w:rPr>
        <w:t>:</w:t>
      </w:r>
    </w:p>
    <w:p w14:paraId="1EA86B69" w14:textId="77777777" w:rsidR="003F2DD4" w:rsidRPr="002B1D8E" w:rsidRDefault="003F2DD4" w:rsidP="003F2DD4">
      <w:pPr>
        <w:pStyle w:val="ae"/>
        <w:numPr>
          <w:ilvl w:val="0"/>
          <w:numId w:val="10"/>
        </w:numPr>
        <w:suppressAutoHyphens/>
        <w:overflowPunct w:val="0"/>
        <w:spacing w:after="120" w:line="300" w:lineRule="auto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zh-TW"/>
        </w:rPr>
        <w:t>當事人及相關人員陳述重點：</w:t>
      </w:r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zh-TW"/>
        </w:rPr>
        <w:br/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申訴人陳述重點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:</w:t>
      </w:r>
    </w:p>
    <w:p w14:paraId="3E2D5BCF" w14:textId="77777777" w:rsidR="003F2DD4" w:rsidRPr="002B1D8E" w:rsidRDefault="003F2DD4" w:rsidP="003F2DD4">
      <w:pPr>
        <w:pStyle w:val="ae"/>
        <w:suppressAutoHyphens/>
        <w:overflowPunct w:val="0"/>
        <w:spacing w:after="120" w:line="300" w:lineRule="auto"/>
        <w:ind w:left="128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被申訴人陳述重點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:</w:t>
      </w:r>
    </w:p>
    <w:p w14:paraId="6D27E4AB" w14:textId="77777777" w:rsidR="003F2DD4" w:rsidRPr="002B1D8E" w:rsidRDefault="003F2DD4" w:rsidP="003F2DD4">
      <w:pPr>
        <w:pStyle w:val="ae"/>
        <w:suppressAutoHyphens/>
        <w:overflowPunct w:val="0"/>
        <w:spacing w:after="120" w:line="300" w:lineRule="auto"/>
        <w:ind w:left="128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相關人員陳述之重點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:</w:t>
      </w:r>
    </w:p>
    <w:p w14:paraId="2E7C7779" w14:textId="77777777" w:rsidR="003F2DD4" w:rsidRPr="002B1D8E" w:rsidRDefault="003F2DD4" w:rsidP="003F2DD4">
      <w:pPr>
        <w:pStyle w:val="ae"/>
        <w:numPr>
          <w:ilvl w:val="0"/>
          <w:numId w:val="10"/>
        </w:numPr>
        <w:suppressAutoHyphens/>
        <w:overflowPunct w:val="0"/>
        <w:spacing w:after="120" w:line="30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1D8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lang w:eastAsia="zh-TW"/>
        </w:rPr>
        <w:t>事實及認定理由</w:t>
      </w:r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zh-TW"/>
        </w:rPr>
        <w:t xml:space="preserve">： </w:t>
      </w:r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zh-TW"/>
        </w:rPr>
        <w:br/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(包括證人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及相關人員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陳述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之重點，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說明採信或不採信之理由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及相關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物證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之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查驗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、認定情形等。</w:t>
      </w:r>
      <w:r w:rsidRPr="002B1D8E">
        <w:rPr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78002077" w14:textId="77777777" w:rsidR="003F2DD4" w:rsidRPr="002B1D8E" w:rsidRDefault="003F2DD4" w:rsidP="003F2DD4">
      <w:pPr>
        <w:pStyle w:val="ae"/>
        <w:numPr>
          <w:ilvl w:val="0"/>
          <w:numId w:val="10"/>
        </w:numPr>
        <w:suppressAutoHyphens/>
        <w:overflowPunct w:val="0"/>
        <w:spacing w:after="120" w:line="30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1D8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lang w:eastAsia="zh-TW"/>
        </w:rPr>
        <w:t>處理建議</w:t>
      </w:r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zh-TW"/>
        </w:rPr>
        <w:t xml:space="preserve">： </w:t>
      </w:r>
      <w:r w:rsidRPr="002B1D8E"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zh-TW"/>
        </w:rPr>
        <w:br/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(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依據調查報告提供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包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括預防、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懲戒或處理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之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建議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。</w:t>
      </w:r>
      <w:r w:rsidRPr="002B1D8E">
        <w:rPr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56D26B48" w14:textId="77777777" w:rsidR="003F2DD4" w:rsidRPr="002B1D8E" w:rsidRDefault="003F2DD4" w:rsidP="003F2DD4">
      <w:pPr>
        <w:overflowPunct w:val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6A9DBE" w14:textId="77777777" w:rsidR="003F2DD4" w:rsidRPr="002B1D8E" w:rsidRDefault="003F2DD4" w:rsidP="003F2DD4">
      <w:pPr>
        <w:overflowPunct w:val="0"/>
        <w:spacing w:afterLines="50" w:after="120"/>
        <w:ind w:leftChars="321" w:left="706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調查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小組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成員</w:t>
      </w:r>
      <w:r w:rsidRPr="002B1D8E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 xml:space="preserve">  內部人員: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u w:val="single"/>
          <w:lang w:eastAsia="zh-TW"/>
        </w:rPr>
        <w:t xml:space="preserve">                           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(簽</w:t>
      </w:r>
      <w:r w:rsidRPr="002B1D8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章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)</w:t>
      </w:r>
    </w:p>
    <w:p w14:paraId="52327423" w14:textId="17B8AFB9" w:rsidR="003F2DD4" w:rsidRPr="002B1D8E" w:rsidRDefault="003F2DD4" w:rsidP="003F2DD4">
      <w:pPr>
        <w:overflowPunct w:val="0"/>
        <w:spacing w:afterLines="50" w:after="120"/>
        <w:ind w:leftChars="321" w:left="706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            外部專業人士: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u w:val="single"/>
          <w:lang w:eastAsia="zh-TW"/>
        </w:rPr>
        <w:t xml:space="preserve">                       (簽章)</w:t>
      </w:r>
    </w:p>
    <w:p w14:paraId="749E550D" w14:textId="77777777" w:rsidR="003F2DD4" w:rsidRPr="002B1D8E" w:rsidRDefault="003F2DD4" w:rsidP="003F2DD4">
      <w:pPr>
        <w:overflowPunct w:val="0"/>
        <w:spacing w:afterLines="50" w:after="120"/>
        <w:ind w:leftChars="321" w:left="706" w:firstLine="3"/>
        <w:jc w:val="center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</w:p>
    <w:p w14:paraId="7931DAF7" w14:textId="77777777" w:rsidR="003F2DD4" w:rsidRDefault="003F2DD4" w:rsidP="003F2DD4">
      <w:pPr>
        <w:overflowPunct w:val="0"/>
        <w:spacing w:afterLines="50" w:after="120"/>
        <w:ind w:leftChars="321" w:left="706" w:firstLine="3"/>
        <w:jc w:val="right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>日期：____年____月____日</w:t>
      </w:r>
    </w:p>
    <w:p w14:paraId="3ACF88B4" w14:textId="77777777" w:rsidR="003F2DD4" w:rsidRPr="002B1D8E" w:rsidRDefault="003F2DD4" w:rsidP="003F2DD4">
      <w:pPr>
        <w:overflowPunct w:val="0"/>
        <w:spacing w:afterLines="50" w:after="120"/>
        <w:ind w:leftChars="321" w:left="706" w:firstLine="3"/>
        <w:jc w:val="center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</w:p>
    <w:p w14:paraId="57ABE8CE" w14:textId="77777777" w:rsidR="003F2DD4" w:rsidRDefault="003F2DD4" w:rsidP="003F2DD4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  <w:sectPr w:rsidR="003F2DD4" w:rsidSect="00BF0A58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5667D593" w14:textId="23A30140" w:rsidR="003F2DD4" w:rsidRPr="002B1D8E" w:rsidRDefault="003F2DD4" w:rsidP="003F2DD4">
      <w:pPr>
        <w:pStyle w:val="1"/>
        <w:overflowPunct w:val="0"/>
        <w:spacing w:before="120" w:after="240"/>
        <w:jc w:val="center"/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</w:pPr>
      <w:bookmarkStart w:id="11" w:name="_Toc232363420"/>
      <w:bookmarkStart w:id="12" w:name="_Toc233046415"/>
      <w:r>
        <w:rPr>
          <w:rFonts w:ascii="標楷體" w:eastAsia="標楷體" w:hAnsi="標楷體" w:cs="Noto Serif CJK TC" w:hint="eastAsia"/>
          <w:color w:val="000000" w:themeColor="text1"/>
          <w:sz w:val="32"/>
          <w:szCs w:val="32"/>
          <w:lang w:eastAsia="zh-TW"/>
        </w:rPr>
        <w:lastRenderedPageBreak/>
        <w:t>國立體育大學</w:t>
      </w:r>
      <w:r w:rsidRPr="002B1D8E">
        <w:rPr>
          <w:rFonts w:ascii="標楷體" w:eastAsia="標楷體" w:hAnsi="標楷體" w:cs="Noto Serif CJK TC"/>
          <w:color w:val="000000" w:themeColor="text1"/>
          <w:sz w:val="32"/>
          <w:szCs w:val="32"/>
          <w:lang w:eastAsia="zh-TW"/>
        </w:rPr>
        <w:t>職場霸凌申訴成立與否決定書</w:t>
      </w:r>
      <w:bookmarkEnd w:id="11"/>
      <w:bookmarkEnd w:id="12"/>
    </w:p>
    <w:p w14:paraId="68795C04" w14:textId="77777777" w:rsidR="003F2DD4" w:rsidRPr="003F2DD4" w:rsidRDefault="003F2DD4" w:rsidP="003F2DD4">
      <w:pPr>
        <w:overflowPunct w:val="0"/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</w:pPr>
    </w:p>
    <w:p w14:paraId="33D19FF1" w14:textId="34C4E1A0" w:rsidR="003F2DD4" w:rsidRDefault="003F2DD4" w:rsidP="003F2DD4">
      <w:pPr>
        <w:keepNext/>
        <w:overflowPunct w:val="0"/>
        <w:spacing w:after="80" w:line="300" w:lineRule="auto"/>
        <w:contextualSpacing/>
        <w:rPr>
          <w:rFonts w:ascii="標楷體" w:eastAsia="標楷體" w:hAnsi="標楷體" w:cs="新細明體"/>
          <w:bCs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cs="新細明體"/>
          <w:b/>
          <w:color w:val="000000" w:themeColor="text1"/>
          <w:sz w:val="28"/>
          <w:szCs w:val="28"/>
          <w:lang w:eastAsia="zh-TW"/>
        </w:rPr>
        <w:t>一、</w:t>
      </w:r>
      <w:r w:rsidRPr="002B1D8E">
        <w:rPr>
          <w:rFonts w:ascii="標楷體" w:eastAsia="標楷體" w:hAnsi="標楷體" w:cs="新細明體" w:hint="eastAsia"/>
          <w:b/>
          <w:color w:val="000000" w:themeColor="text1"/>
          <w:sz w:val="28"/>
          <w:szCs w:val="28"/>
          <w:lang w:eastAsia="zh-TW"/>
        </w:rPr>
        <w:t>主文：</w:t>
      </w:r>
      <w:r w:rsidRPr="002B1D8E">
        <w:rPr>
          <w:rFonts w:ascii="標楷體" w:eastAsia="標楷體" w:hAnsi="標楷體" w:cs="新細明體"/>
          <w:bCs/>
          <w:color w:val="000000" w:themeColor="text1"/>
          <w:sz w:val="28"/>
          <w:szCs w:val="28"/>
          <w:lang w:eastAsia="zh-TW"/>
        </w:rPr>
        <w:t>(</w:t>
      </w:r>
      <w:r w:rsidRPr="002B1D8E">
        <w:rPr>
          <w:rFonts w:ascii="標楷體" w:eastAsia="標楷體" w:hAnsi="標楷體" w:cs="新細明體" w:hint="eastAsia"/>
          <w:bCs/>
          <w:color w:val="000000" w:themeColor="text1"/>
          <w:sz w:val="28"/>
          <w:szCs w:val="28"/>
          <w:lang w:eastAsia="zh-TW"/>
        </w:rPr>
        <w:t>敘明本案成立或不成立</w:t>
      </w:r>
      <w:r w:rsidRPr="002B1D8E">
        <w:rPr>
          <w:rFonts w:ascii="標楷體" w:eastAsia="標楷體" w:hAnsi="標楷體" w:cs="新細明體"/>
          <w:bCs/>
          <w:color w:val="000000" w:themeColor="text1"/>
          <w:sz w:val="28"/>
          <w:szCs w:val="28"/>
          <w:lang w:eastAsia="zh-TW"/>
        </w:rPr>
        <w:t>)</w:t>
      </w:r>
    </w:p>
    <w:p w14:paraId="168AA5EC" w14:textId="77777777" w:rsidR="003F2DD4" w:rsidRPr="003F2DD4" w:rsidRDefault="003F2DD4" w:rsidP="003F2DD4">
      <w:pPr>
        <w:keepNext/>
        <w:overflowPunct w:val="0"/>
        <w:spacing w:after="80" w:line="300" w:lineRule="auto"/>
        <w:contextualSpacing/>
        <w:rPr>
          <w:rFonts w:ascii="標楷體" w:eastAsia="標楷體" w:hAnsi="標楷體" w:cs="新細明體"/>
          <w:bCs/>
          <w:color w:val="000000" w:themeColor="text1"/>
          <w:sz w:val="28"/>
          <w:szCs w:val="28"/>
          <w:lang w:eastAsia="zh-TW"/>
        </w:rPr>
      </w:pPr>
    </w:p>
    <w:p w14:paraId="0BF1BC91" w14:textId="485AB829" w:rsidR="003F2DD4" w:rsidRDefault="003F2DD4" w:rsidP="003F2DD4">
      <w:pPr>
        <w:keepNext/>
        <w:overflowPunct w:val="0"/>
        <w:spacing w:after="80" w:line="300" w:lineRule="auto"/>
        <w:contextualSpacing/>
        <w:rPr>
          <w:rFonts w:ascii="標楷體" w:eastAsia="標楷體" w:hAnsi="標楷體" w:cs="新細明體"/>
          <w:bCs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cs="新細明體"/>
          <w:b/>
          <w:color w:val="000000" w:themeColor="text1"/>
          <w:sz w:val="28"/>
          <w:szCs w:val="28"/>
          <w:lang w:eastAsia="zh-TW"/>
        </w:rPr>
        <w:t>二、</w:t>
      </w:r>
      <w:r w:rsidRPr="002B1D8E">
        <w:rPr>
          <w:rFonts w:ascii="標楷體" w:eastAsia="標楷體" w:hAnsi="標楷體" w:cs="新細明體" w:hint="eastAsia"/>
          <w:b/>
          <w:color w:val="000000" w:themeColor="text1"/>
          <w:sz w:val="28"/>
          <w:szCs w:val="28"/>
          <w:lang w:eastAsia="zh-TW"/>
        </w:rPr>
        <w:t>申訴人申訴要旨：</w:t>
      </w:r>
      <w:r w:rsidRPr="002B1D8E">
        <w:rPr>
          <w:rFonts w:ascii="標楷體" w:eastAsia="標楷體" w:hAnsi="標楷體" w:cs="新細明體"/>
          <w:bCs/>
          <w:color w:val="000000" w:themeColor="text1"/>
          <w:sz w:val="28"/>
          <w:szCs w:val="28"/>
          <w:lang w:eastAsia="zh-TW"/>
        </w:rPr>
        <w:t>(敘明申訴之重點)</w:t>
      </w:r>
    </w:p>
    <w:p w14:paraId="0DF4B445" w14:textId="77777777" w:rsidR="003F2DD4" w:rsidRPr="002B1D8E" w:rsidRDefault="003F2DD4" w:rsidP="003F2DD4">
      <w:pPr>
        <w:keepNext/>
        <w:overflowPunct w:val="0"/>
        <w:spacing w:after="80" w:line="300" w:lineRule="auto"/>
        <w:contextualSpacing/>
        <w:rPr>
          <w:rFonts w:ascii="標楷體" w:eastAsia="標楷體" w:hAnsi="標楷體" w:cs="Noto Sans CJK TC"/>
          <w:bCs/>
          <w:color w:val="000000" w:themeColor="text1"/>
          <w:sz w:val="28"/>
          <w:szCs w:val="28"/>
          <w:lang w:eastAsia="zh-TW"/>
        </w:rPr>
      </w:pPr>
    </w:p>
    <w:p w14:paraId="2FD1B838" w14:textId="7FB470DD" w:rsidR="003F2DD4" w:rsidRDefault="003F2DD4" w:rsidP="003F2DD4">
      <w:pPr>
        <w:keepNext/>
        <w:overflowPunct w:val="0"/>
        <w:spacing w:after="80" w:line="300" w:lineRule="auto"/>
        <w:ind w:right="-2"/>
        <w:contextualSpacing/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cs="Noto Sans CJK TC"/>
          <w:b/>
          <w:bCs/>
          <w:color w:val="000000" w:themeColor="text1"/>
          <w:sz w:val="28"/>
          <w:szCs w:val="28"/>
          <w:lang w:eastAsia="zh-TW"/>
        </w:rPr>
        <w:t>三、</w:t>
      </w:r>
      <w:r w:rsidRPr="002B1D8E">
        <w:rPr>
          <w:rFonts w:ascii="標楷體" w:eastAsia="標楷體" w:hAnsi="標楷體" w:cs="Noto Sans CJK TC" w:hint="eastAsia"/>
          <w:b/>
          <w:bCs/>
          <w:color w:val="000000" w:themeColor="text1"/>
          <w:sz w:val="28"/>
          <w:szCs w:val="28"/>
          <w:lang w:eastAsia="zh-TW"/>
        </w:rPr>
        <w:t>申訴決定之事實及理由</w:t>
      </w:r>
      <w:r w:rsidRPr="002B1D8E">
        <w:rPr>
          <w:rFonts w:ascii="標楷體" w:eastAsia="標楷體" w:hAnsi="標楷體" w:cs="Noto Sans CJK TC"/>
          <w:b/>
          <w:bCs/>
          <w:color w:val="000000" w:themeColor="text1"/>
          <w:sz w:val="28"/>
          <w:szCs w:val="28"/>
          <w:lang w:eastAsia="zh-TW"/>
        </w:rPr>
        <w:t>：</w:t>
      </w:r>
      <w:r w:rsidRPr="002B1D8E"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  <w:t>(</w:t>
      </w:r>
      <w:r w:rsidRPr="002B1D8E">
        <w:rPr>
          <w:rFonts w:ascii="標楷體" w:eastAsia="標楷體" w:hAnsi="標楷體" w:cs="Noto Sans CJK TC" w:hint="eastAsia"/>
          <w:color w:val="000000" w:themeColor="text1"/>
          <w:sz w:val="28"/>
          <w:szCs w:val="28"/>
          <w:lang w:eastAsia="zh-TW"/>
        </w:rPr>
        <w:t>綜合摘述調查結果、當事人及相關人員陳述事實及相關物證之認定及理由</w:t>
      </w:r>
      <w:r w:rsidRPr="002B1D8E"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  <w:t>)</w:t>
      </w:r>
    </w:p>
    <w:p w14:paraId="69A65754" w14:textId="77777777" w:rsidR="003F2DD4" w:rsidRDefault="003F2DD4" w:rsidP="003F2DD4">
      <w:pPr>
        <w:keepNext/>
        <w:overflowPunct w:val="0"/>
        <w:spacing w:after="80"/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</w:pPr>
    </w:p>
    <w:p w14:paraId="1B951570" w14:textId="5E9DDFFA" w:rsidR="003F2DD4" w:rsidRPr="002B1D8E" w:rsidRDefault="003F2DD4" w:rsidP="003F2DD4">
      <w:pPr>
        <w:keepNext/>
        <w:overflowPunct w:val="0"/>
        <w:spacing w:after="80"/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cs="Noto Sans CJK TC" w:hint="eastAsia"/>
          <w:color w:val="000000" w:themeColor="text1"/>
          <w:sz w:val="28"/>
          <w:szCs w:val="28"/>
          <w:lang w:eastAsia="zh-TW"/>
        </w:rPr>
        <w:t>四</w:t>
      </w:r>
      <w:r w:rsidRPr="002B1D8E">
        <w:rPr>
          <w:rFonts w:ascii="標楷體" w:eastAsia="標楷體" w:hAnsi="標楷體" w:cs="新細明體" w:hint="eastAsia"/>
          <w:b/>
          <w:color w:val="000000" w:themeColor="text1"/>
          <w:sz w:val="28"/>
          <w:szCs w:val="28"/>
          <w:lang w:eastAsia="zh-TW"/>
        </w:rPr>
        <w:t>、申復救濟方法及期限</w:t>
      </w:r>
    </w:p>
    <w:p w14:paraId="41641C0A" w14:textId="77777777" w:rsidR="003F2DD4" w:rsidRPr="003F2DD4" w:rsidRDefault="003F2DD4" w:rsidP="003F2DD4">
      <w:pPr>
        <w:overflowPunct w:val="0"/>
        <w:spacing w:after="40" w:line="288" w:lineRule="auto"/>
        <w:ind w:leftChars="194" w:left="427" w:firstLineChars="6" w:firstLine="17"/>
        <w:jc w:val="both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  <w:r w:rsidRPr="003F2DD4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當事人不服本決定者，得於收到本書面通知翌日起</w:t>
      </w:r>
      <w:r w:rsidRPr="003F2DD4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>30</w:t>
      </w:r>
      <w:r w:rsidRPr="003F2DD4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日內，以書面具明理由，向雇主提出申復；同一事件以一次為限。</w:t>
      </w:r>
    </w:p>
    <w:p w14:paraId="389487DF" w14:textId="77777777" w:rsidR="003F2DD4" w:rsidRPr="002B1D8E" w:rsidRDefault="003F2DD4" w:rsidP="003F2DD4">
      <w:pPr>
        <w:keepNext/>
        <w:overflowPunct w:val="0"/>
        <w:spacing w:after="80"/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cs="Noto Sans CJK TC" w:hint="eastAsia"/>
          <w:color w:val="000000" w:themeColor="text1"/>
          <w:sz w:val="28"/>
          <w:szCs w:val="28"/>
          <w:lang w:eastAsia="zh-TW"/>
        </w:rPr>
        <w:t>五、</w:t>
      </w:r>
      <w:r w:rsidRPr="002B1D8E">
        <w:rPr>
          <w:rFonts w:ascii="標楷體" w:eastAsia="標楷體" w:hAnsi="標楷體" w:cs="新細明體" w:hint="eastAsia"/>
          <w:b/>
          <w:color w:val="000000" w:themeColor="text1"/>
          <w:sz w:val="28"/>
          <w:szCs w:val="28"/>
          <w:lang w:eastAsia="zh-TW"/>
        </w:rPr>
        <w:t>保密及個人資料保護</w:t>
      </w:r>
    </w:p>
    <w:p w14:paraId="352D407E" w14:textId="2D7125BB" w:rsidR="003F2DD4" w:rsidRPr="002B1D8E" w:rsidRDefault="003F2DD4" w:rsidP="003F2DD4">
      <w:pPr>
        <w:overflowPunct w:val="0"/>
        <w:spacing w:after="40" w:line="288" w:lineRule="auto"/>
        <w:ind w:leftChars="194" w:left="427" w:firstLineChars="6" w:firstLine="17"/>
        <w:jc w:val="both"/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本決定書所載個人資料、調查內容及足以辨識當事人或協助調查人員身分之資料，僅供本案申訴、申復、追蹤改善、依法登錄及相關法定目的使用；收受人不得任意散布、揭露或作不當利用。</w:t>
      </w:r>
    </w:p>
    <w:p w14:paraId="240FEA62" w14:textId="77777777" w:rsidR="003F2DD4" w:rsidRPr="002B1D8E" w:rsidRDefault="003F2DD4" w:rsidP="003F2DD4">
      <w:pPr>
        <w:overflowPunct w:val="0"/>
        <w:spacing w:after="40" w:line="288" w:lineRule="auto"/>
        <w:ind w:left="680" w:hanging="680"/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</w:pPr>
    </w:p>
    <w:p w14:paraId="119F6575" w14:textId="77777777" w:rsidR="003F2DD4" w:rsidRPr="002B1D8E" w:rsidRDefault="003F2DD4" w:rsidP="003F2DD4">
      <w:pPr>
        <w:overflowPunct w:val="0"/>
        <w:spacing w:after="40" w:line="288" w:lineRule="auto"/>
        <w:ind w:left="680" w:hanging="680"/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</w:pPr>
    </w:p>
    <w:p w14:paraId="2B03E14B" w14:textId="77777777" w:rsidR="003F2DD4" w:rsidRPr="002B1D8E" w:rsidRDefault="003F2DD4" w:rsidP="003F2DD4">
      <w:pPr>
        <w:overflowPunct w:val="0"/>
        <w:spacing w:after="40" w:line="288" w:lineRule="auto"/>
        <w:ind w:left="680" w:hanging="680"/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</w:pPr>
    </w:p>
    <w:p w14:paraId="4EE6BF08" w14:textId="77777777" w:rsidR="003F2DD4" w:rsidRPr="002B1D8E" w:rsidRDefault="003F2DD4" w:rsidP="003F2DD4">
      <w:pPr>
        <w:overflowPunct w:val="0"/>
        <w:spacing w:after="40" w:line="288" w:lineRule="auto"/>
        <w:ind w:left="680" w:hanging="680"/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</w:pPr>
    </w:p>
    <w:p w14:paraId="053B6602" w14:textId="77777777" w:rsidR="003F2DD4" w:rsidRPr="002B1D8E" w:rsidRDefault="003F2DD4" w:rsidP="003F2DD4">
      <w:pPr>
        <w:overflowPunct w:val="0"/>
        <w:ind w:firstLineChars="253" w:firstLine="708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學校關防</w:t>
      </w:r>
      <w:r w:rsidRPr="002B1D8E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>：______________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</w:t>
      </w:r>
    </w:p>
    <w:p w14:paraId="0A5C72BD" w14:textId="77777777" w:rsidR="003F2DD4" w:rsidRPr="002B1D8E" w:rsidRDefault="003F2DD4" w:rsidP="003F2DD4">
      <w:pPr>
        <w:overflowPunct w:val="0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</w:p>
    <w:p w14:paraId="17AA619A" w14:textId="77777777" w:rsidR="003F2DD4" w:rsidRDefault="003F2DD4" w:rsidP="003F2DD4">
      <w:pPr>
        <w:overflowPunct w:val="0"/>
        <w:ind w:firstLineChars="253" w:firstLine="708"/>
        <w:jc w:val="right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日期：</w:t>
      </w:r>
      <w:r w:rsidRPr="002B1D8E"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  <w:t>____</w:t>
      </w: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年</w:t>
      </w:r>
      <w:r w:rsidRPr="002B1D8E"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  <w:t>____</w:t>
      </w: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月</w:t>
      </w:r>
      <w:r w:rsidRPr="002B1D8E"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  <w:t>____</w:t>
      </w: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日</w:t>
      </w:r>
    </w:p>
    <w:p w14:paraId="3888E11A" w14:textId="77777777" w:rsidR="003F2DD4" w:rsidRPr="002B1D8E" w:rsidRDefault="003F2DD4" w:rsidP="003F2DD4">
      <w:pPr>
        <w:overflowPunct w:val="0"/>
        <w:ind w:firstLineChars="253" w:firstLine="708"/>
        <w:jc w:val="center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36F20C23" w14:textId="77777777" w:rsidR="003F2DD4" w:rsidRDefault="003F2DD4" w:rsidP="003F2DD4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  <w:sectPr w:rsidR="003F2DD4" w:rsidSect="00BF0A58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629FFAAF" w14:textId="6749EF5D" w:rsidR="003F2DD4" w:rsidRPr="002B1D8E" w:rsidRDefault="003F2DD4" w:rsidP="003F2DD4">
      <w:pPr>
        <w:pStyle w:val="affc"/>
        <w:overflowPunct w:val="0"/>
        <w:spacing w:beforeLines="50" w:before="120" w:afterLines="50" w:after="120"/>
        <w:jc w:val="center"/>
        <w:rPr>
          <w:rFonts w:ascii="標楷體" w:eastAsia="標楷體" w:hAnsi="標楷體"/>
          <w:color w:val="000000" w:themeColor="text1"/>
          <w:szCs w:val="28"/>
          <w:lang w:eastAsia="zh-TW"/>
        </w:rPr>
      </w:pPr>
      <w:r>
        <w:rPr>
          <w:rFonts w:ascii="標楷體" w:eastAsia="標楷體" w:hAnsi="標楷體"/>
          <w:b/>
          <w:color w:val="000000" w:themeColor="text1"/>
          <w:szCs w:val="28"/>
          <w:lang w:eastAsia="zh-TW"/>
        </w:rPr>
        <w:lastRenderedPageBreak/>
        <w:t>國立</w:t>
      </w:r>
      <w:r>
        <w:rPr>
          <w:rFonts w:ascii="標楷體" w:eastAsia="標楷體" w:hAnsi="標楷體" w:hint="eastAsia"/>
          <w:b/>
          <w:color w:val="000000" w:themeColor="text1"/>
          <w:szCs w:val="28"/>
          <w:lang w:eastAsia="zh-TW"/>
        </w:rPr>
        <w:t>體育</w:t>
      </w:r>
      <w:r>
        <w:rPr>
          <w:rFonts w:ascii="標楷體" w:eastAsia="標楷體" w:hAnsi="標楷體"/>
          <w:b/>
          <w:color w:val="000000" w:themeColor="text1"/>
          <w:szCs w:val="28"/>
          <w:lang w:eastAsia="zh-TW"/>
        </w:rPr>
        <w:t>大學</w:t>
      </w:r>
      <w:r w:rsidRPr="002B1D8E">
        <w:rPr>
          <w:rFonts w:ascii="標楷體" w:eastAsia="標楷體" w:hAnsi="標楷體"/>
          <w:b/>
          <w:color w:val="000000" w:themeColor="text1"/>
          <w:szCs w:val="28"/>
          <w:lang w:eastAsia="zh-TW"/>
        </w:rPr>
        <w:t>職場霸凌申復</w:t>
      </w:r>
      <w:r w:rsidRPr="002B1D8E">
        <w:rPr>
          <w:rFonts w:ascii="標楷體" w:eastAsia="標楷體" w:hAnsi="標楷體" w:hint="eastAsia"/>
          <w:b/>
          <w:color w:val="000000" w:themeColor="text1"/>
          <w:szCs w:val="28"/>
          <w:lang w:eastAsia="zh-TW"/>
        </w:rPr>
        <w:t>申請書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206"/>
        <w:gridCol w:w="2264"/>
        <w:gridCol w:w="2259"/>
        <w:gridCol w:w="2287"/>
      </w:tblGrid>
      <w:tr w:rsidR="003F2DD4" w:rsidRPr="001C6843" w14:paraId="647099CC" w14:textId="77777777" w:rsidTr="00630CEA">
        <w:trPr>
          <w:trHeight w:val="737"/>
          <w:jc w:val="center"/>
        </w:trPr>
        <w:tc>
          <w:tcPr>
            <w:tcW w:w="2307" w:type="dxa"/>
            <w:vAlign w:val="center"/>
          </w:tcPr>
          <w:p w14:paraId="2E60E723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案號</w:t>
            </w:r>
            <w:proofErr w:type="spellEnd"/>
          </w:p>
        </w:tc>
        <w:tc>
          <w:tcPr>
            <w:tcW w:w="2383" w:type="dxa"/>
            <w:vAlign w:val="center"/>
          </w:tcPr>
          <w:p w14:paraId="56900234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29" w:type="dxa"/>
            <w:vAlign w:val="center"/>
          </w:tcPr>
          <w:p w14:paraId="6DB17295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申復日期</w:t>
            </w:r>
            <w:proofErr w:type="spellEnd"/>
          </w:p>
        </w:tc>
        <w:tc>
          <w:tcPr>
            <w:tcW w:w="2383" w:type="dxa"/>
            <w:vAlign w:val="center"/>
          </w:tcPr>
          <w:p w14:paraId="4B85BB55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</w:t>
            </w:r>
            <w:proofErr w:type="spell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年___月___日</w:t>
            </w:r>
            <w:proofErr w:type="spellEnd"/>
          </w:p>
        </w:tc>
      </w:tr>
      <w:tr w:rsidR="003F2DD4" w:rsidRPr="001C6843" w14:paraId="59C9A07A" w14:textId="77777777" w:rsidTr="00630CEA">
        <w:trPr>
          <w:trHeight w:val="737"/>
          <w:jc w:val="center"/>
        </w:trPr>
        <w:tc>
          <w:tcPr>
            <w:tcW w:w="2307" w:type="dxa"/>
            <w:vAlign w:val="center"/>
          </w:tcPr>
          <w:p w14:paraId="4EC912DB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申復人姓名</w:t>
            </w:r>
            <w:proofErr w:type="spellEnd"/>
          </w:p>
        </w:tc>
        <w:tc>
          <w:tcPr>
            <w:tcW w:w="2383" w:type="dxa"/>
            <w:vAlign w:val="center"/>
          </w:tcPr>
          <w:p w14:paraId="12E53D0B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29" w:type="dxa"/>
            <w:vAlign w:val="center"/>
          </w:tcPr>
          <w:p w14:paraId="7F638E88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申復人身分</w:t>
            </w:r>
            <w:proofErr w:type="spellEnd"/>
          </w:p>
        </w:tc>
        <w:tc>
          <w:tcPr>
            <w:tcW w:w="2383" w:type="dxa"/>
            <w:vAlign w:val="center"/>
          </w:tcPr>
          <w:p w14:paraId="295FF8CF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□申訴人　</w:t>
            </w:r>
          </w:p>
          <w:p w14:paraId="61D8EB59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□被申訴人</w:t>
            </w:r>
          </w:p>
        </w:tc>
      </w:tr>
      <w:tr w:rsidR="003F2DD4" w:rsidRPr="001C6843" w14:paraId="52483020" w14:textId="77777777" w:rsidTr="00630CEA">
        <w:trPr>
          <w:trHeight w:val="737"/>
          <w:jc w:val="center"/>
        </w:trPr>
        <w:tc>
          <w:tcPr>
            <w:tcW w:w="2307" w:type="dxa"/>
            <w:vAlign w:val="center"/>
          </w:tcPr>
          <w:p w14:paraId="271E5EC9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服務單位</w:t>
            </w:r>
            <w:proofErr w:type="spellEnd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職稱</w:t>
            </w:r>
            <w:proofErr w:type="spellEnd"/>
          </w:p>
        </w:tc>
        <w:tc>
          <w:tcPr>
            <w:tcW w:w="2383" w:type="dxa"/>
            <w:vAlign w:val="center"/>
          </w:tcPr>
          <w:p w14:paraId="5326FF2A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29" w:type="dxa"/>
            <w:vAlign w:val="center"/>
          </w:tcPr>
          <w:p w14:paraId="1A17C64D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  <w:lang w:eastAsia="zh-TW"/>
              </w:rPr>
              <w:t>聯絡方式（電話、</w:t>
            </w:r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lang w:eastAsia="zh-TW"/>
              </w:rPr>
              <w:t>E-mail</w:t>
            </w:r>
            <w:r w:rsidRPr="002B1D8E">
              <w:rPr>
                <w:rFonts w:ascii="標楷體" w:eastAsia="標楷體" w:hAnsi="標楷體" w:cs="新細明體" w:hint="eastAsia"/>
                <w:b/>
                <w:color w:val="000000" w:themeColor="text1"/>
                <w:sz w:val="28"/>
                <w:szCs w:val="28"/>
                <w:lang w:eastAsia="zh-TW"/>
              </w:rPr>
              <w:t>）</w:t>
            </w:r>
          </w:p>
        </w:tc>
        <w:tc>
          <w:tcPr>
            <w:tcW w:w="2383" w:type="dxa"/>
            <w:vAlign w:val="center"/>
          </w:tcPr>
          <w:p w14:paraId="1D1F3BDC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3F2DD4" w:rsidRPr="001C6843" w14:paraId="0CBA4A66" w14:textId="77777777" w:rsidTr="00630CEA">
        <w:trPr>
          <w:jc w:val="center"/>
        </w:trPr>
        <w:tc>
          <w:tcPr>
            <w:tcW w:w="2307" w:type="dxa"/>
            <w:vAlign w:val="center"/>
          </w:tcPr>
          <w:p w14:paraId="366B2739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不服之決定</w:t>
            </w:r>
            <w:proofErr w:type="spellEnd"/>
          </w:p>
        </w:tc>
        <w:tc>
          <w:tcPr>
            <w:tcW w:w="7095" w:type="dxa"/>
            <w:gridSpan w:val="3"/>
            <w:vAlign w:val="center"/>
          </w:tcPr>
          <w:p w14:paraId="47CC8940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□申訴成立　□申訴不成立　□其他：________</w:t>
            </w:r>
          </w:p>
        </w:tc>
      </w:tr>
      <w:tr w:rsidR="003F2DD4" w:rsidRPr="001C6843" w14:paraId="6EDF6A59" w14:textId="77777777" w:rsidTr="00630CEA">
        <w:trPr>
          <w:jc w:val="center"/>
        </w:trPr>
        <w:tc>
          <w:tcPr>
            <w:tcW w:w="2307" w:type="dxa"/>
            <w:vAlign w:val="center"/>
          </w:tcPr>
          <w:p w14:paraId="61C4DEFA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申復理由</w:t>
            </w:r>
            <w:proofErr w:type="spellEnd"/>
          </w:p>
        </w:tc>
        <w:tc>
          <w:tcPr>
            <w:tcW w:w="7095" w:type="dxa"/>
            <w:gridSpan w:val="3"/>
            <w:vAlign w:val="center"/>
          </w:tcPr>
          <w:p w14:paraId="58AB184D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□調查處理程序有重大瑕疵　</w:t>
            </w:r>
          </w:p>
          <w:p w14:paraId="36D02900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□有足以影響原調查認定之新事證　</w:t>
            </w:r>
          </w:p>
          <w:p w14:paraId="6AC1B578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 xml:space="preserve">□事實認定或理由不明確　</w:t>
            </w:r>
          </w:p>
          <w:p w14:paraId="245BBFF2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proofErr w:type="spell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其他</w:t>
            </w:r>
            <w:proofErr w:type="spellEnd"/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proofErr w:type="spellStart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具體說明</w:t>
            </w:r>
            <w:proofErr w:type="spellEnd"/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</w:p>
        </w:tc>
      </w:tr>
      <w:tr w:rsidR="003F2DD4" w:rsidRPr="001C6843" w14:paraId="7678EF58" w14:textId="77777777" w:rsidTr="00630CEA">
        <w:trPr>
          <w:trHeight w:val="737"/>
          <w:jc w:val="center"/>
        </w:trPr>
        <w:tc>
          <w:tcPr>
            <w:tcW w:w="9402" w:type="dxa"/>
            <w:gridSpan w:val="4"/>
            <w:vAlign w:val="center"/>
          </w:tcPr>
          <w:p w14:paraId="0BFFC475" w14:textId="77777777" w:rsidR="003F2DD4" w:rsidRPr="002B1D8E" w:rsidRDefault="003F2DD4" w:rsidP="00630CEA">
            <w:pPr>
              <w:overflowPunct w:val="0"/>
              <w:ind w:firstLine="72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  <w:p w14:paraId="6E20742C" w14:textId="77777777" w:rsidR="003F2DD4" w:rsidRPr="002B1D8E" w:rsidRDefault="003F2DD4" w:rsidP="00630CEA">
            <w:pPr>
              <w:overflowPunct w:val="0"/>
              <w:spacing w:beforeLines="50" w:before="120"/>
              <w:ind w:firstLine="72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申復人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lang w:eastAsia="zh-TW"/>
              </w:rPr>
              <w:t xml:space="preserve">                   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(簽章)</w:t>
            </w:r>
          </w:p>
          <w:p w14:paraId="6E15BA9C" w14:textId="77777777" w:rsidR="003F2DD4" w:rsidRPr="002B1D8E" w:rsidRDefault="003F2DD4" w:rsidP="00630CEA">
            <w:pPr>
              <w:overflowPunct w:val="0"/>
              <w:spacing w:beforeLines="50" w:before="120"/>
              <w:ind w:firstLine="72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代理人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(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lang w:eastAsia="zh-TW"/>
              </w:rPr>
              <w:t>無則免填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)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lang w:eastAsia="zh-TW"/>
              </w:rPr>
              <w:t xml:space="preserve">                  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(簽章)</w:t>
            </w:r>
          </w:p>
          <w:p w14:paraId="52A4F1F9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  <w:p w14:paraId="1CE3CEAD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  <w:p w14:paraId="6A7C87EE" w14:textId="77777777" w:rsidR="003F2DD4" w:rsidRPr="002B1D8E" w:rsidRDefault="003F2DD4" w:rsidP="003F2DD4">
            <w:pPr>
              <w:overflowPunct w:val="0"/>
              <w:ind w:firstLineChars="253" w:firstLine="708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日期</w:t>
            </w:r>
            <w:proofErr w:type="spellEnd"/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：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____</w:t>
            </w:r>
            <w:proofErr w:type="spellStart"/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年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____</w:t>
            </w:r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月</w:t>
            </w:r>
            <w:r w:rsidRPr="002B1D8E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____</w:t>
            </w:r>
            <w:r w:rsidRPr="002B1D8E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日</w:t>
            </w:r>
            <w:proofErr w:type="spellEnd"/>
            <w:proofErr w:type="gramEnd"/>
          </w:p>
          <w:p w14:paraId="4677A16F" w14:textId="77777777" w:rsidR="003F2DD4" w:rsidRPr="002B1D8E" w:rsidRDefault="003F2DD4" w:rsidP="00630CEA">
            <w:pPr>
              <w:overflowPunct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33D9491F" w14:textId="77777777" w:rsidR="003F2DD4" w:rsidRDefault="003F2DD4" w:rsidP="003F2DD4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</w:pPr>
    </w:p>
    <w:p w14:paraId="26B445D0" w14:textId="77777777" w:rsidR="003F2DD4" w:rsidRDefault="003F2DD4" w:rsidP="003F2DD4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  <w:sectPr w:rsidR="003F2DD4" w:rsidSect="00BF0A58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A0C2200" w14:textId="4F84ABC7" w:rsidR="003F2DD4" w:rsidRPr="002B1D8E" w:rsidRDefault="003F2DD4" w:rsidP="003F2DD4">
      <w:pPr>
        <w:pStyle w:val="affc"/>
        <w:overflowPunct w:val="0"/>
        <w:spacing w:beforeLines="50" w:before="120" w:afterLines="50" w:after="120"/>
        <w:jc w:val="center"/>
        <w:rPr>
          <w:rFonts w:ascii="標楷體" w:eastAsia="標楷體" w:hAnsi="標楷體"/>
          <w:color w:val="000000" w:themeColor="text1"/>
          <w:szCs w:val="28"/>
          <w:lang w:eastAsia="zh-TW"/>
        </w:rPr>
      </w:pPr>
      <w:r>
        <w:rPr>
          <w:rFonts w:ascii="標楷體" w:eastAsia="標楷體" w:hAnsi="標楷體"/>
          <w:b/>
          <w:color w:val="000000" w:themeColor="text1"/>
          <w:szCs w:val="28"/>
          <w:lang w:eastAsia="zh-TW"/>
        </w:rPr>
        <w:lastRenderedPageBreak/>
        <w:t>國立</w:t>
      </w:r>
      <w:r>
        <w:rPr>
          <w:rFonts w:ascii="標楷體" w:eastAsia="標楷體" w:hAnsi="標楷體" w:hint="eastAsia"/>
          <w:b/>
          <w:color w:val="000000" w:themeColor="text1"/>
          <w:szCs w:val="28"/>
          <w:lang w:eastAsia="zh-TW"/>
        </w:rPr>
        <w:t>體育</w:t>
      </w:r>
      <w:r>
        <w:rPr>
          <w:rFonts w:ascii="標楷體" w:eastAsia="標楷體" w:hAnsi="標楷體"/>
          <w:b/>
          <w:color w:val="000000" w:themeColor="text1"/>
          <w:szCs w:val="28"/>
          <w:lang w:eastAsia="zh-TW"/>
        </w:rPr>
        <w:t>大學</w:t>
      </w:r>
      <w:r w:rsidRPr="002B1D8E">
        <w:rPr>
          <w:rFonts w:ascii="標楷體" w:eastAsia="標楷體" w:hAnsi="標楷體"/>
          <w:b/>
          <w:color w:val="000000" w:themeColor="text1"/>
          <w:szCs w:val="28"/>
          <w:lang w:eastAsia="zh-TW"/>
        </w:rPr>
        <w:t>職場霸凌申復審議決定</w:t>
      </w:r>
      <w:r w:rsidRPr="002B1D8E">
        <w:rPr>
          <w:rFonts w:ascii="標楷體" w:eastAsia="標楷體" w:hAnsi="標楷體" w:hint="eastAsia"/>
          <w:b/>
          <w:color w:val="000000" w:themeColor="text1"/>
          <w:szCs w:val="28"/>
          <w:lang w:eastAsia="zh-TW"/>
        </w:rPr>
        <w:t>書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315"/>
        <w:gridCol w:w="2202"/>
        <w:gridCol w:w="2252"/>
        <w:gridCol w:w="2247"/>
      </w:tblGrid>
      <w:tr w:rsidR="003F2DD4" w:rsidRPr="001C6843" w14:paraId="077058DC" w14:textId="77777777" w:rsidTr="00630CEA">
        <w:trPr>
          <w:trHeight w:val="622"/>
          <w:jc w:val="center"/>
        </w:trPr>
        <w:tc>
          <w:tcPr>
            <w:tcW w:w="2381" w:type="dxa"/>
            <w:vAlign w:val="center"/>
          </w:tcPr>
          <w:p w14:paraId="0E811A5E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案號</w:t>
            </w:r>
            <w:proofErr w:type="spellEnd"/>
          </w:p>
        </w:tc>
        <w:tc>
          <w:tcPr>
            <w:tcW w:w="6930" w:type="dxa"/>
            <w:gridSpan w:val="3"/>
            <w:vAlign w:val="center"/>
          </w:tcPr>
          <w:p w14:paraId="09DD3CC0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2DD4" w:rsidRPr="001C6843" w14:paraId="017D8715" w14:textId="77777777" w:rsidTr="00630CEA">
        <w:trPr>
          <w:trHeight w:val="622"/>
          <w:jc w:val="center"/>
        </w:trPr>
        <w:tc>
          <w:tcPr>
            <w:tcW w:w="2381" w:type="dxa"/>
            <w:vAlign w:val="center"/>
          </w:tcPr>
          <w:p w14:paraId="7C0DB1DB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申復人</w:t>
            </w:r>
            <w:r w:rsidRPr="002B1D8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2280" w:type="dxa"/>
            <w:vAlign w:val="center"/>
          </w:tcPr>
          <w:p w14:paraId="346D18C5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21" w:type="dxa"/>
            <w:vAlign w:val="center"/>
          </w:tcPr>
          <w:p w14:paraId="585BFAEE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相對人</w:t>
            </w:r>
            <w:r w:rsidRPr="002B1D8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2329" w:type="dxa"/>
            <w:vAlign w:val="center"/>
          </w:tcPr>
          <w:p w14:paraId="5BB67398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2DD4" w:rsidRPr="001C6843" w14:paraId="24B2BB4E" w14:textId="77777777" w:rsidTr="00630CEA">
        <w:trPr>
          <w:trHeight w:val="622"/>
          <w:jc w:val="center"/>
        </w:trPr>
        <w:tc>
          <w:tcPr>
            <w:tcW w:w="2381" w:type="dxa"/>
            <w:vAlign w:val="center"/>
          </w:tcPr>
          <w:p w14:paraId="47B3E394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申復要旨</w:t>
            </w:r>
            <w:proofErr w:type="spellEnd"/>
          </w:p>
        </w:tc>
        <w:tc>
          <w:tcPr>
            <w:tcW w:w="6930" w:type="dxa"/>
            <w:gridSpan w:val="3"/>
            <w:vAlign w:val="center"/>
          </w:tcPr>
          <w:p w14:paraId="5B2E9263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</w:p>
        </w:tc>
      </w:tr>
      <w:tr w:rsidR="003F2DD4" w:rsidRPr="001C6843" w14:paraId="3D9410C1" w14:textId="77777777" w:rsidTr="00630CEA">
        <w:trPr>
          <w:trHeight w:val="622"/>
          <w:jc w:val="center"/>
        </w:trPr>
        <w:tc>
          <w:tcPr>
            <w:tcW w:w="2381" w:type="dxa"/>
            <w:vAlign w:val="center"/>
          </w:tcPr>
          <w:p w14:paraId="77C862EB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lang w:eastAsia="zh-TW"/>
              </w:rPr>
              <w:t>申復人、相對人及相關人員陳述重點</w:t>
            </w:r>
          </w:p>
        </w:tc>
        <w:tc>
          <w:tcPr>
            <w:tcW w:w="6930" w:type="dxa"/>
            <w:gridSpan w:val="3"/>
            <w:vAlign w:val="center"/>
          </w:tcPr>
          <w:p w14:paraId="5D87CB6E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一、申復人陳述重點：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  <w:t>二、相對人陳述重點：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  <w:t>三、相關人員陳述重點：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</w:r>
          </w:p>
        </w:tc>
      </w:tr>
      <w:tr w:rsidR="003F2DD4" w:rsidRPr="001C6843" w14:paraId="492FE0BB" w14:textId="77777777" w:rsidTr="00630CEA">
        <w:trPr>
          <w:trHeight w:val="622"/>
          <w:jc w:val="center"/>
        </w:trPr>
        <w:tc>
          <w:tcPr>
            <w:tcW w:w="2381" w:type="dxa"/>
            <w:vAlign w:val="center"/>
          </w:tcPr>
          <w:p w14:paraId="74539520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lang w:eastAsia="zh-TW"/>
              </w:rPr>
              <w:t>有無</w:t>
            </w:r>
            <w:r w:rsidRPr="002B1D8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lang w:eastAsia="zh-TW"/>
              </w:rPr>
              <w:t>重大瑕疵或新事證</w:t>
            </w:r>
          </w:p>
        </w:tc>
        <w:tc>
          <w:tcPr>
            <w:tcW w:w="6930" w:type="dxa"/>
            <w:gridSpan w:val="3"/>
            <w:vAlign w:val="center"/>
          </w:tcPr>
          <w:p w14:paraId="458CE4BC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□申訴處理單位或調查小組組成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及資格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不符規定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  <w:t>□未給予任一方陳述意見機會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  <w:t>□應迴避而未迴避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  <w:t>□重要事證未採納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  <w:t>□其他重大瑕疵：________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  <w:t>認定理由：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br/>
            </w:r>
          </w:p>
        </w:tc>
      </w:tr>
      <w:tr w:rsidR="003F2DD4" w:rsidRPr="001C6843" w14:paraId="379C6821" w14:textId="77777777" w:rsidTr="00630CEA">
        <w:trPr>
          <w:trHeight w:val="622"/>
          <w:jc w:val="center"/>
        </w:trPr>
        <w:tc>
          <w:tcPr>
            <w:tcW w:w="2381" w:type="dxa"/>
            <w:vAlign w:val="center"/>
          </w:tcPr>
          <w:p w14:paraId="4CCD3701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2B1D8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審議</w:t>
            </w:r>
            <w:r w:rsidRPr="002B1D8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決定</w:t>
            </w:r>
            <w:proofErr w:type="spellEnd"/>
          </w:p>
        </w:tc>
        <w:tc>
          <w:tcPr>
            <w:tcW w:w="6930" w:type="dxa"/>
            <w:gridSpan w:val="3"/>
            <w:vAlign w:val="center"/>
          </w:tcPr>
          <w:p w14:paraId="77C40FBB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</w:p>
        </w:tc>
      </w:tr>
      <w:tr w:rsidR="003F2DD4" w:rsidRPr="001C6843" w14:paraId="3A0CD342" w14:textId="77777777" w:rsidTr="00630CEA">
        <w:trPr>
          <w:trHeight w:val="622"/>
          <w:jc w:val="center"/>
        </w:trPr>
        <w:tc>
          <w:tcPr>
            <w:tcW w:w="2381" w:type="dxa"/>
            <w:vAlign w:val="center"/>
          </w:tcPr>
          <w:p w14:paraId="065382BF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2B1D8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lang w:eastAsia="zh-TW"/>
              </w:rPr>
              <w:t>後續</w:t>
            </w:r>
            <w:r w:rsidRPr="002B1D8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lang w:eastAsia="zh-TW"/>
              </w:rPr>
              <w:t>再行調查或</w:t>
            </w:r>
            <w:r w:rsidRPr="002B1D8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lang w:eastAsia="zh-TW"/>
              </w:rPr>
              <w:t>處理</w:t>
            </w:r>
            <w:r w:rsidRPr="002B1D8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lang w:eastAsia="zh-TW"/>
              </w:rPr>
              <w:t>情形</w:t>
            </w:r>
          </w:p>
        </w:tc>
        <w:tc>
          <w:tcPr>
            <w:tcW w:w="6930" w:type="dxa"/>
            <w:gridSpan w:val="3"/>
            <w:vAlign w:val="center"/>
          </w:tcPr>
          <w:p w14:paraId="4CCB9B2C" w14:textId="77777777" w:rsidR="003F2DD4" w:rsidRPr="002B1D8E" w:rsidRDefault="003F2DD4" w:rsidP="00630CEA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</w:tbl>
    <w:p w14:paraId="6C4FE999" w14:textId="2FBEDCAB" w:rsidR="003F2DD4" w:rsidRPr="002B1D8E" w:rsidRDefault="003F2DD4" w:rsidP="003F2DD4">
      <w:pPr>
        <w:overflowPunct w:val="0"/>
        <w:spacing w:after="80"/>
        <w:ind w:leftChars="257" w:left="1416" w:hangingChars="304" w:hanging="851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注意：本申復決定不得再提起申復。當事人如有不服，應逕向法院或依其他法令所定途徑尋求救濟。</w:t>
      </w:r>
    </w:p>
    <w:p w14:paraId="50C194BB" w14:textId="77777777" w:rsidR="003F2DD4" w:rsidRPr="002B1D8E" w:rsidRDefault="003F2DD4" w:rsidP="003F2DD4">
      <w:pPr>
        <w:overflowPunct w:val="0"/>
        <w:spacing w:after="8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2D73B768" w14:textId="77777777" w:rsidR="003F2DD4" w:rsidRPr="002B1D8E" w:rsidRDefault="003F2DD4" w:rsidP="003F2DD4">
      <w:pPr>
        <w:overflowPunct w:val="0"/>
        <w:spacing w:beforeLines="50" w:before="120" w:afterLines="50" w:after="12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學校關防</w:t>
      </w:r>
      <w:r w:rsidRPr="002B1D8E"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  <w:t>：______________</w:t>
      </w:r>
      <w:r w:rsidRPr="002B1D8E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 </w:t>
      </w:r>
    </w:p>
    <w:p w14:paraId="4B4FD2B8" w14:textId="77777777" w:rsidR="003F2DD4" w:rsidRPr="002B1D8E" w:rsidRDefault="003F2DD4" w:rsidP="003F2DD4">
      <w:pPr>
        <w:overflowPunct w:val="0"/>
        <w:spacing w:beforeLines="50" w:before="120" w:afterLines="50" w:after="120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5053B0B0" w14:textId="77777777" w:rsidR="003F2DD4" w:rsidRPr="002B1D8E" w:rsidRDefault="003F2DD4" w:rsidP="003F2DD4">
      <w:pPr>
        <w:overflowPunct w:val="0"/>
        <w:spacing w:beforeLines="50" w:before="120" w:afterLines="50" w:after="120"/>
        <w:ind w:firstLineChars="202" w:firstLine="566"/>
        <w:rPr>
          <w:rFonts w:ascii="標楷體" w:eastAsia="標楷體" w:hAnsi="標楷體" w:cs="新細明體"/>
          <w:color w:val="000000" w:themeColor="text1"/>
          <w:sz w:val="28"/>
          <w:szCs w:val="28"/>
          <w:lang w:eastAsia="zh-TW"/>
        </w:rPr>
      </w:pPr>
    </w:p>
    <w:p w14:paraId="35AE3398" w14:textId="77777777" w:rsidR="003F2DD4" w:rsidRPr="002B1D8E" w:rsidRDefault="003F2DD4" w:rsidP="003F2DD4">
      <w:pPr>
        <w:overflowPunct w:val="0"/>
        <w:spacing w:beforeLines="50" w:before="120" w:afterLines="50" w:after="120"/>
        <w:ind w:firstLineChars="202" w:firstLine="566"/>
        <w:jc w:val="righ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日期：</w:t>
      </w:r>
      <w:r w:rsidRPr="002B1D8E"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  <w:t>____</w:t>
      </w: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年</w:t>
      </w:r>
      <w:r w:rsidRPr="002B1D8E"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  <w:t>____</w:t>
      </w: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月</w:t>
      </w:r>
      <w:r w:rsidRPr="002B1D8E">
        <w:rPr>
          <w:rFonts w:ascii="標楷體" w:eastAsia="標楷體" w:hAnsi="標楷體" w:cs="Noto Sans CJK TC"/>
          <w:color w:val="000000" w:themeColor="text1"/>
          <w:sz w:val="28"/>
          <w:szCs w:val="28"/>
          <w:lang w:eastAsia="zh-TW"/>
        </w:rPr>
        <w:t>____</w:t>
      </w:r>
      <w:r w:rsidRPr="002B1D8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日</w:t>
      </w:r>
    </w:p>
    <w:p w14:paraId="7200E092" w14:textId="77777777" w:rsidR="003F2DD4" w:rsidRPr="003254BD" w:rsidRDefault="003F2DD4" w:rsidP="003F2DD4">
      <w:pPr>
        <w:spacing w:after="0" w:line="240" w:lineRule="auto"/>
        <w:jc w:val="both"/>
        <w:rPr>
          <w:rFonts w:ascii="標楷體" w:eastAsia="標楷體" w:hAnsi="標楷體"/>
          <w:sz w:val="24"/>
          <w:szCs w:val="24"/>
          <w:lang w:eastAsia="zh-TW"/>
        </w:rPr>
      </w:pPr>
    </w:p>
    <w:sectPr w:rsidR="003F2DD4" w:rsidRPr="003254BD" w:rsidSect="00BF0A5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70B0E" w14:textId="77777777" w:rsidR="00801A82" w:rsidRDefault="00801A82" w:rsidP="00C570CB">
      <w:pPr>
        <w:spacing w:after="0" w:line="240" w:lineRule="auto"/>
      </w:pPr>
      <w:r>
        <w:separator/>
      </w:r>
    </w:p>
  </w:endnote>
  <w:endnote w:type="continuationSeparator" w:id="0">
    <w:p w14:paraId="7F7AD84F" w14:textId="77777777" w:rsidR="00801A82" w:rsidRDefault="00801A82" w:rsidP="00C57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Noto Serif CJK TC">
    <w:altName w:val="Cambria"/>
    <w:charset w:val="01"/>
    <w:family w:val="roman"/>
    <w:pitch w:val="variable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TC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4C1AE" w14:textId="77777777" w:rsidR="00801A82" w:rsidRDefault="00801A82" w:rsidP="00C570CB">
      <w:pPr>
        <w:spacing w:after="0" w:line="240" w:lineRule="auto"/>
      </w:pPr>
      <w:r>
        <w:separator/>
      </w:r>
    </w:p>
  </w:footnote>
  <w:footnote w:type="continuationSeparator" w:id="0">
    <w:p w14:paraId="1013ED1F" w14:textId="77777777" w:rsidR="00801A82" w:rsidRDefault="00801A82" w:rsidP="00C570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97195E"/>
    <w:multiLevelType w:val="hybridMultilevel"/>
    <w:tmpl w:val="EC90E412"/>
    <w:lvl w:ilvl="0" w:tplc="2A788996">
      <w:start w:val="1"/>
      <w:numFmt w:val="taiwaneseCountingThousand"/>
      <w:lvlText w:val="%1、"/>
      <w:lvlJc w:val="left"/>
      <w:pPr>
        <w:ind w:left="1280" w:hanging="72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 w16cid:durableId="345325565">
    <w:abstractNumId w:val="8"/>
  </w:num>
  <w:num w:numId="2" w16cid:durableId="2035494879">
    <w:abstractNumId w:val="6"/>
  </w:num>
  <w:num w:numId="3" w16cid:durableId="1670055380">
    <w:abstractNumId w:val="5"/>
  </w:num>
  <w:num w:numId="4" w16cid:durableId="1341391179">
    <w:abstractNumId w:val="4"/>
  </w:num>
  <w:num w:numId="5" w16cid:durableId="1016806806">
    <w:abstractNumId w:val="7"/>
  </w:num>
  <w:num w:numId="6" w16cid:durableId="28575875">
    <w:abstractNumId w:val="3"/>
  </w:num>
  <w:num w:numId="7" w16cid:durableId="326786441">
    <w:abstractNumId w:val="2"/>
  </w:num>
  <w:num w:numId="8" w16cid:durableId="519635123">
    <w:abstractNumId w:val="1"/>
  </w:num>
  <w:num w:numId="9" w16cid:durableId="1658339847">
    <w:abstractNumId w:val="0"/>
  </w:num>
  <w:num w:numId="10" w16cid:durableId="15704615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663"/>
    <w:rsid w:val="0006063C"/>
    <w:rsid w:val="0006390E"/>
    <w:rsid w:val="000825C9"/>
    <w:rsid w:val="000B33B7"/>
    <w:rsid w:val="00126EA1"/>
    <w:rsid w:val="0015074B"/>
    <w:rsid w:val="001B0EA2"/>
    <w:rsid w:val="001E0E41"/>
    <w:rsid w:val="0029639D"/>
    <w:rsid w:val="003254BD"/>
    <w:rsid w:val="00326F90"/>
    <w:rsid w:val="003D2353"/>
    <w:rsid w:val="003F2DD4"/>
    <w:rsid w:val="004807E5"/>
    <w:rsid w:val="004E67A5"/>
    <w:rsid w:val="00526784"/>
    <w:rsid w:val="005308CC"/>
    <w:rsid w:val="006628C0"/>
    <w:rsid w:val="00686266"/>
    <w:rsid w:val="006E09D1"/>
    <w:rsid w:val="00747780"/>
    <w:rsid w:val="00763876"/>
    <w:rsid w:val="00777DF7"/>
    <w:rsid w:val="007F28AF"/>
    <w:rsid w:val="00801A82"/>
    <w:rsid w:val="009919D4"/>
    <w:rsid w:val="00A0330B"/>
    <w:rsid w:val="00AA1D8D"/>
    <w:rsid w:val="00AC53BF"/>
    <w:rsid w:val="00B101CD"/>
    <w:rsid w:val="00B17DBE"/>
    <w:rsid w:val="00B47730"/>
    <w:rsid w:val="00B82ED0"/>
    <w:rsid w:val="00BC5568"/>
    <w:rsid w:val="00BF0A58"/>
    <w:rsid w:val="00C50C1E"/>
    <w:rsid w:val="00C570CB"/>
    <w:rsid w:val="00CB0664"/>
    <w:rsid w:val="00CD4F2D"/>
    <w:rsid w:val="00D252D6"/>
    <w:rsid w:val="00E02580"/>
    <w:rsid w:val="00F33B11"/>
    <w:rsid w:val="00F46153"/>
    <w:rsid w:val="00F74D28"/>
    <w:rsid w:val="00FC04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E34614"/>
  <w14:defaultImageDpi w14:val="300"/>
  <w15:docId w15:val="{CC747E31-9A82-45FF-9455-1BF66F6F0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6E09D1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6E09D1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AC53B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c">
    <w:name w:val="本文不縮排"/>
    <w:qFormat/>
    <w:rsid w:val="00AC53BF"/>
    <w:pPr>
      <w:suppressAutoHyphens/>
      <w:spacing w:after="80" w:line="288" w:lineRule="auto"/>
    </w:pPr>
    <w:rPr>
      <w:rFonts w:ascii="Noto Serif CJK TC" w:eastAsia="Noto Serif CJK TC" w:hAnsi="Noto Serif CJK TC" w:cs="Noto Serif CJK TC"/>
      <w:sz w:val="28"/>
    </w:rPr>
  </w:style>
  <w:style w:type="paragraph" w:customStyle="1" w:styleId="TableParagraph">
    <w:name w:val="Table Paragraph"/>
    <w:basedOn w:val="a1"/>
    <w:uiPriority w:val="1"/>
    <w:qFormat/>
    <w:rsid w:val="00AC53BF"/>
    <w:pPr>
      <w:widowControl w:val="0"/>
      <w:autoSpaceDE w:val="0"/>
      <w:autoSpaceDN w:val="0"/>
      <w:spacing w:after="0" w:line="240" w:lineRule="auto"/>
    </w:pPr>
    <w:rPr>
      <w:rFonts w:ascii="細明體_HKSCS" w:eastAsia="細明體_HKSCS" w:hAnsi="細明體_HKSCS" w:cs="細明體_HKSCS"/>
      <w:color w:val="auto"/>
      <w:lang w:eastAsia="zh-TW"/>
    </w:rPr>
  </w:style>
  <w:style w:type="paragraph" w:customStyle="1" w:styleId="affd">
    <w:name w:val="條列一"/>
    <w:qFormat/>
    <w:rsid w:val="003F2DD4"/>
    <w:pPr>
      <w:suppressAutoHyphens/>
      <w:spacing w:after="80" w:line="288" w:lineRule="auto"/>
      <w:ind w:left="560" w:hanging="560"/>
    </w:pPr>
    <w:rPr>
      <w:rFonts w:ascii="Noto Serif CJK TC" w:eastAsia="Noto Serif CJK TC" w:hAnsi="Noto Serif CJK TC" w:cs="Noto Serif CJK TC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張佩婷</cp:lastModifiedBy>
  <cp:revision>3</cp:revision>
  <cp:lastPrinted>2026-08-08T04:16:00Z</cp:lastPrinted>
  <dcterms:created xsi:type="dcterms:W3CDTF">2026-09-02T00:48:00Z</dcterms:created>
  <dcterms:modified xsi:type="dcterms:W3CDTF">2026-09-02T00:48:00Z</dcterms:modified>
  <cp:category/>
</cp:coreProperties>
</file>